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20D53D7" w14:textId="283C7F6C" w:rsidR="00562776" w:rsidRPr="00BA7DCC" w:rsidRDefault="003674D3" w:rsidP="00562776">
      <w:pPr>
        <w:pStyle w:val="KonuBal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BA7DCC">
        <w:rPr>
          <w:rFonts w:ascii="Times New Roman" w:hAnsi="Times New Roman" w:cs="Times New Roman"/>
          <w:noProof/>
          <w:sz w:val="24"/>
          <w:szCs w:val="24"/>
        </w:rPr>
        <w:drawing>
          <wp:anchor distT="0" distB="0" distL="114300" distR="114300" simplePos="0" relativeHeight="251661312" behindDoc="0" locked="0" layoutInCell="1" allowOverlap="1" wp14:anchorId="781FE711" wp14:editId="6F943E1C">
            <wp:simplePos x="0" y="0"/>
            <wp:positionH relativeFrom="margin">
              <wp:posOffset>5311140</wp:posOffset>
            </wp:positionH>
            <wp:positionV relativeFrom="margin">
              <wp:posOffset>52070</wp:posOffset>
            </wp:positionV>
            <wp:extent cx="1537335" cy="762000"/>
            <wp:effectExtent l="0" t="0" r="5715" b="0"/>
            <wp:wrapSquare wrapText="bothSides"/>
            <wp:docPr id="3" name="Resi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Resim 2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1537335" cy="7620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BA7DCC">
        <w:rPr>
          <w:rFonts w:ascii="Times New Roman" w:hAnsi="Times New Roman" w:cs="Times New Roman"/>
          <w:noProof/>
          <w:sz w:val="24"/>
          <w:szCs w:val="24"/>
        </w:rPr>
        <w:drawing>
          <wp:anchor distT="0" distB="0" distL="114300" distR="114300" simplePos="0" relativeHeight="251660288" behindDoc="0" locked="0" layoutInCell="1" allowOverlap="1" wp14:anchorId="56886A2C" wp14:editId="21F4209F">
            <wp:simplePos x="0" y="0"/>
            <wp:positionH relativeFrom="margin">
              <wp:posOffset>-957580</wp:posOffset>
            </wp:positionH>
            <wp:positionV relativeFrom="margin">
              <wp:align>top</wp:align>
            </wp:positionV>
            <wp:extent cx="1657350" cy="1424940"/>
            <wp:effectExtent l="0" t="0" r="0" b="3810"/>
            <wp:wrapSquare wrapText="bothSides"/>
            <wp:docPr id="5" name="Resim 4" descr="logo, yazı tipi, metin, ticari marka içeren bir resim&#10;&#10;Açıklama otomatik olarak oluşturuldu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Resim 4" descr="logo, yazı tipi, metin, ticari marka içeren bir resim&#10;&#10;Açıklama otomatik olarak oluşturuldu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1657350" cy="142494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6B4164" w:rsidRPr="00BA7DCC">
        <w:rPr>
          <w:rFonts w:ascii="Times New Roman" w:hAnsi="Times New Roman" w:cs="Times New Roman"/>
          <w:b/>
          <w:bCs/>
          <w:noProof/>
          <w:sz w:val="24"/>
          <w:szCs w:val="24"/>
          <w14:ligatures w14:val="none"/>
          <w14:numForm w14:val="default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521061D1" wp14:editId="07111ED2">
                <wp:simplePos x="0" y="0"/>
                <wp:positionH relativeFrom="page">
                  <wp:align>center</wp:align>
                </wp:positionH>
                <wp:positionV relativeFrom="paragraph">
                  <wp:posOffset>-9525</wp:posOffset>
                </wp:positionV>
                <wp:extent cx="7311571" cy="1981200"/>
                <wp:effectExtent l="0" t="0" r="0" b="0"/>
                <wp:wrapNone/>
                <wp:docPr id="883122791" name="Metin Kutusu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311571" cy="19812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686F8A88" w14:textId="716F5F9B" w:rsidR="00562776" w:rsidRPr="003674D3" w:rsidRDefault="00562776" w:rsidP="008903B9">
                            <w:pPr>
                              <w:pStyle w:val="KonuBal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auto"/>
                                <w:sz w:val="30"/>
                                <w:szCs w:val="30"/>
                              </w:rPr>
                            </w:pPr>
                            <w:r w:rsidRPr="003674D3"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auto"/>
                                <w:sz w:val="30"/>
                                <w:szCs w:val="30"/>
                              </w:rPr>
                              <w:t>T.C.</w:t>
                            </w:r>
                          </w:p>
                          <w:p w14:paraId="1A22706E" w14:textId="77777777" w:rsidR="00562776" w:rsidRPr="003674D3" w:rsidRDefault="00562776" w:rsidP="008903B9">
                            <w:pPr>
                              <w:pStyle w:val="KonuBal"/>
                              <w:ind w:left="-426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auto"/>
                                <w:sz w:val="30"/>
                                <w:szCs w:val="30"/>
                              </w:rPr>
                            </w:pPr>
                            <w:r w:rsidRPr="003674D3"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auto"/>
                                <w:sz w:val="30"/>
                                <w:szCs w:val="30"/>
                              </w:rPr>
                              <w:t>GAZİ ÜNİVERSİTESİ</w:t>
                            </w:r>
                          </w:p>
                          <w:p w14:paraId="363FEA74" w14:textId="7FC4F406" w:rsidR="00562776" w:rsidRPr="003674D3" w:rsidRDefault="008903B9" w:rsidP="008903B9">
                            <w:pPr>
                              <w:pStyle w:val="KonuBal"/>
                              <w:ind w:left="-426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auto"/>
                                <w:sz w:val="30"/>
                                <w:szCs w:val="30"/>
                              </w:rPr>
                            </w:pPr>
                            <w:r w:rsidRPr="003674D3"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auto"/>
                                <w:sz w:val="30"/>
                                <w:szCs w:val="30"/>
                              </w:rPr>
                              <w:t xml:space="preserve">      </w:t>
                            </w:r>
                            <w:r w:rsidR="00562776" w:rsidRPr="003674D3"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auto"/>
                                <w:sz w:val="30"/>
                                <w:szCs w:val="30"/>
                              </w:rPr>
                              <w:t>UYGULAMALIBİLİMLER FAKÜLTESİ</w:t>
                            </w:r>
                          </w:p>
                          <w:p w14:paraId="745B599E" w14:textId="43FDE8C6" w:rsidR="00562776" w:rsidRPr="003674D3" w:rsidRDefault="00562776" w:rsidP="00961A6F">
                            <w:pPr>
                              <w:pStyle w:val="KonuBal"/>
                              <w:ind w:left="-426"/>
                              <w:jc w:val="center"/>
                              <w:rPr>
                                <w:rFonts w:ascii="Times New Roman" w:hAnsi="Times New Roman" w:cs="Times New Roman"/>
                                <w:color w:val="auto"/>
                                <w:sz w:val="30"/>
                                <w:szCs w:val="30"/>
                              </w:rPr>
                            </w:pPr>
                            <w:r w:rsidRPr="003674D3"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auto"/>
                                <w:sz w:val="30"/>
                                <w:szCs w:val="30"/>
                              </w:rPr>
                              <w:t>FOTONİK BÖLÜMÜ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21061D1" id="_x0000_t202" coordsize="21600,21600" o:spt="202" path="m,l,21600r21600,l21600,xe">
                <v:stroke joinstyle="miter"/>
                <v:path gradientshapeok="t" o:connecttype="rect"/>
              </v:shapetype>
              <v:shape id="Metin Kutusu 1" o:spid="_x0000_s1026" type="#_x0000_t202" style="position:absolute;left:0;text-align:left;margin-left:0;margin-top:-.75pt;width:575.7pt;height:156pt;z-index:251662336;visibility:visible;mso-wrap-style:square;mso-width-percent:0;mso-height-percent:0;mso-wrap-distance-left:9pt;mso-wrap-distance-top:0;mso-wrap-distance-right:9pt;mso-wrap-distance-bottom:0;mso-position-horizontal:center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" filled="f" stroked="f" strokeweight=".5pt">
                <v:textbox>
                  <w:txbxContent>
                    <w:p w14:paraId="686F8A88" w14:textId="716F5F9B" w:rsidR="00562776" w:rsidRPr="003674D3" w:rsidRDefault="00562776" w:rsidP="008903B9">
                      <w:pPr>
                        <w:pStyle w:val="KonuBal"/>
                        <w:jc w:val="center"/>
                        <w:rPr>
                          <w:rFonts w:ascii="Times New Roman" w:hAnsi="Times New Roman" w:cs="Times New Roman"/>
                          <w:b/>
                          <w:bCs/>
                          <w:color w:val="auto"/>
                          <w:sz w:val="30"/>
                          <w:szCs w:val="30"/>
                        </w:rPr>
                      </w:pPr>
                      <w:r w:rsidRPr="003674D3">
                        <w:rPr>
                          <w:rFonts w:ascii="Times New Roman" w:hAnsi="Times New Roman" w:cs="Times New Roman"/>
                          <w:b/>
                          <w:bCs/>
                          <w:color w:val="auto"/>
                          <w:sz w:val="30"/>
                          <w:szCs w:val="30"/>
                        </w:rPr>
                        <w:t>T.C.</w:t>
                      </w:r>
                    </w:p>
                    <w:p w14:paraId="1A22706E" w14:textId="77777777" w:rsidR="00562776" w:rsidRPr="003674D3" w:rsidRDefault="00562776" w:rsidP="008903B9">
                      <w:pPr>
                        <w:pStyle w:val="KonuBal"/>
                        <w:ind w:left="-426"/>
                        <w:jc w:val="center"/>
                        <w:rPr>
                          <w:rFonts w:ascii="Times New Roman" w:hAnsi="Times New Roman" w:cs="Times New Roman"/>
                          <w:b/>
                          <w:bCs/>
                          <w:color w:val="auto"/>
                          <w:sz w:val="30"/>
                          <w:szCs w:val="30"/>
                        </w:rPr>
                      </w:pPr>
                      <w:r w:rsidRPr="003674D3">
                        <w:rPr>
                          <w:rFonts w:ascii="Times New Roman" w:hAnsi="Times New Roman" w:cs="Times New Roman"/>
                          <w:b/>
                          <w:bCs/>
                          <w:color w:val="auto"/>
                          <w:sz w:val="30"/>
                          <w:szCs w:val="30"/>
                        </w:rPr>
                        <w:t>GAZİ ÜNİVERSİTESİ</w:t>
                      </w:r>
                    </w:p>
                    <w:p w14:paraId="363FEA74" w14:textId="7FC4F406" w:rsidR="00562776" w:rsidRPr="003674D3" w:rsidRDefault="008903B9" w:rsidP="008903B9">
                      <w:pPr>
                        <w:pStyle w:val="KonuBal"/>
                        <w:ind w:left="-426"/>
                        <w:jc w:val="center"/>
                        <w:rPr>
                          <w:rFonts w:ascii="Times New Roman" w:hAnsi="Times New Roman" w:cs="Times New Roman"/>
                          <w:b/>
                          <w:bCs/>
                          <w:color w:val="auto"/>
                          <w:sz w:val="30"/>
                          <w:szCs w:val="30"/>
                        </w:rPr>
                      </w:pPr>
                      <w:r w:rsidRPr="003674D3">
                        <w:rPr>
                          <w:rFonts w:ascii="Times New Roman" w:hAnsi="Times New Roman" w:cs="Times New Roman"/>
                          <w:b/>
                          <w:bCs/>
                          <w:color w:val="auto"/>
                          <w:sz w:val="30"/>
                          <w:szCs w:val="30"/>
                        </w:rPr>
                        <w:t xml:space="preserve">      </w:t>
                      </w:r>
                      <w:r w:rsidR="00562776" w:rsidRPr="003674D3">
                        <w:rPr>
                          <w:rFonts w:ascii="Times New Roman" w:hAnsi="Times New Roman" w:cs="Times New Roman"/>
                          <w:b/>
                          <w:bCs/>
                          <w:color w:val="auto"/>
                          <w:sz w:val="30"/>
                          <w:szCs w:val="30"/>
                        </w:rPr>
                        <w:t>UYGULAMALIBİLİMLER FAKÜLTESİ</w:t>
                      </w:r>
                    </w:p>
                    <w:p w14:paraId="745B599E" w14:textId="43FDE8C6" w:rsidR="00562776" w:rsidRPr="003674D3" w:rsidRDefault="00562776" w:rsidP="00961A6F">
                      <w:pPr>
                        <w:pStyle w:val="KonuBal"/>
                        <w:ind w:left="-426"/>
                        <w:jc w:val="center"/>
                        <w:rPr>
                          <w:rFonts w:ascii="Times New Roman" w:hAnsi="Times New Roman" w:cs="Times New Roman"/>
                          <w:color w:val="auto"/>
                          <w:sz w:val="30"/>
                          <w:szCs w:val="30"/>
                        </w:rPr>
                      </w:pPr>
                      <w:r w:rsidRPr="003674D3">
                        <w:rPr>
                          <w:rFonts w:ascii="Times New Roman" w:hAnsi="Times New Roman" w:cs="Times New Roman"/>
                          <w:b/>
                          <w:bCs/>
                          <w:color w:val="auto"/>
                          <w:sz w:val="30"/>
                          <w:szCs w:val="30"/>
                        </w:rPr>
                        <w:t>FOTONİK BÖLÜMÜ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</w:p>
    <w:p w14:paraId="5A1895FE" w14:textId="777BEEED" w:rsidR="00562776" w:rsidRPr="00BA7DCC" w:rsidRDefault="00562776" w:rsidP="00562776">
      <w:pPr>
        <w:pStyle w:val="KonuBal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1D774A26" w14:textId="69EC69F6" w:rsidR="00562776" w:rsidRPr="00BA7DCC" w:rsidRDefault="00562776" w:rsidP="00562776">
      <w:pPr>
        <w:pStyle w:val="KonuBal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1AA9F1CF" w14:textId="77777777" w:rsidR="00562776" w:rsidRPr="00BA7DCC" w:rsidRDefault="00562776" w:rsidP="00562776">
      <w:pPr>
        <w:pStyle w:val="KonuBal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03388CE5" w14:textId="078185C9" w:rsidR="005C3474" w:rsidRPr="00BA7DCC" w:rsidRDefault="005C3474" w:rsidP="00425554">
      <w:pPr>
        <w:pStyle w:val="KonuBal"/>
        <w:jc w:val="center"/>
        <w:rPr>
          <w:rFonts w:ascii="Times New Roman" w:hAnsi="Times New Roman" w:cs="Times New Roman"/>
          <w:sz w:val="24"/>
          <w:szCs w:val="24"/>
        </w:rPr>
      </w:pPr>
    </w:p>
    <w:p w14:paraId="0EF61350" w14:textId="77777777" w:rsidR="00E013D8" w:rsidRPr="00BA7DCC" w:rsidRDefault="00E013D8" w:rsidP="00E013D8">
      <w:pPr>
        <w:rPr>
          <w:rFonts w:ascii="Times New Roman" w:hAnsi="Times New Roman" w:cs="Times New Roman"/>
          <w:sz w:val="24"/>
          <w:szCs w:val="24"/>
        </w:rPr>
      </w:pPr>
    </w:p>
    <w:p w14:paraId="49889303" w14:textId="77777777" w:rsidR="006B4164" w:rsidRDefault="006B4164" w:rsidP="00425554">
      <w:pPr>
        <w:pStyle w:val="KonuBal"/>
        <w:jc w:val="center"/>
        <w:rPr>
          <w:rFonts w:ascii="Times New Roman" w:hAnsi="Times New Roman" w:cs="Times New Roman"/>
          <w:sz w:val="24"/>
          <w:szCs w:val="24"/>
        </w:rPr>
      </w:pPr>
    </w:p>
    <w:p w14:paraId="28B304BE" w14:textId="77777777" w:rsidR="006B4164" w:rsidRDefault="006B4164" w:rsidP="00425554">
      <w:pPr>
        <w:pStyle w:val="KonuBal"/>
        <w:jc w:val="center"/>
        <w:rPr>
          <w:rFonts w:ascii="Times New Roman" w:hAnsi="Times New Roman" w:cs="Times New Roman"/>
          <w:sz w:val="24"/>
          <w:szCs w:val="24"/>
        </w:rPr>
      </w:pPr>
    </w:p>
    <w:p w14:paraId="34664EE6" w14:textId="77777777" w:rsidR="006B4164" w:rsidRDefault="006B4164" w:rsidP="00425554">
      <w:pPr>
        <w:pStyle w:val="KonuBal"/>
        <w:jc w:val="center"/>
        <w:rPr>
          <w:rFonts w:ascii="Times New Roman" w:hAnsi="Times New Roman" w:cs="Times New Roman"/>
          <w:sz w:val="24"/>
          <w:szCs w:val="24"/>
        </w:rPr>
      </w:pPr>
    </w:p>
    <w:p w14:paraId="5F979B39" w14:textId="12CF6D9A" w:rsidR="006B4164" w:rsidRDefault="006B4164" w:rsidP="00425554">
      <w:pPr>
        <w:pStyle w:val="KonuBal"/>
        <w:jc w:val="center"/>
        <w:rPr>
          <w:rFonts w:ascii="Times New Roman" w:hAnsi="Times New Roman" w:cs="Times New Roman"/>
          <w:sz w:val="24"/>
          <w:szCs w:val="24"/>
        </w:rPr>
      </w:pPr>
    </w:p>
    <w:p w14:paraId="3AAC5961" w14:textId="120A1D50" w:rsidR="006B4164" w:rsidRDefault="006B4164" w:rsidP="006B4164"/>
    <w:p w14:paraId="29132EAD" w14:textId="77777777" w:rsidR="006B4164" w:rsidRPr="006B4164" w:rsidRDefault="006B4164" w:rsidP="006B4164"/>
    <w:p w14:paraId="42616F10" w14:textId="77777777" w:rsidR="006B4164" w:rsidRDefault="006B4164" w:rsidP="00425554">
      <w:pPr>
        <w:pStyle w:val="KonuBal"/>
        <w:jc w:val="center"/>
        <w:rPr>
          <w:rFonts w:ascii="Times New Roman" w:hAnsi="Times New Roman" w:cs="Times New Roman"/>
          <w:sz w:val="24"/>
          <w:szCs w:val="24"/>
        </w:rPr>
      </w:pPr>
    </w:p>
    <w:p w14:paraId="60A2E9AF" w14:textId="562AC8AD" w:rsidR="008903B9" w:rsidRPr="006B4164" w:rsidRDefault="00425554" w:rsidP="00425554">
      <w:pPr>
        <w:pStyle w:val="KonuBal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6B4164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ARAŞTIRMA</w:t>
      </w:r>
      <w:r w:rsidR="00961A6F" w:rsidRPr="006B4164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-BİTİRME </w:t>
      </w:r>
      <w:r w:rsidRPr="006B4164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PROJESİ</w:t>
      </w:r>
      <w:r w:rsidR="008903B9" w:rsidRPr="006B4164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RAPORU</w:t>
      </w:r>
    </w:p>
    <w:p w14:paraId="09136453" w14:textId="4B6FB2E9" w:rsidR="008903B9" w:rsidRPr="006B4164" w:rsidRDefault="008903B9" w:rsidP="00425554">
      <w:pPr>
        <w:pStyle w:val="KonuBal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14:paraId="69D33E34" w14:textId="77777777" w:rsidR="008903B9" w:rsidRPr="006B4164" w:rsidRDefault="008903B9" w:rsidP="00425554">
      <w:pPr>
        <w:pStyle w:val="KonuBal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14:paraId="2EDD406C" w14:textId="5F7C6547" w:rsidR="00425554" w:rsidRPr="006B4164" w:rsidRDefault="00961A6F" w:rsidP="00961A6F">
      <w:pPr>
        <w:pStyle w:val="KonuBal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6B4164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                       </w:t>
      </w:r>
      <w:r w:rsidR="006B4164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          </w:t>
      </w:r>
      <w:r w:rsidRPr="006B4164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(</w:t>
      </w:r>
      <w:r w:rsidRPr="006B4164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 xml:space="preserve">PROJE </w:t>
      </w:r>
      <w:r w:rsidR="00425554" w:rsidRPr="006B4164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ADI</w:t>
      </w:r>
      <w:r w:rsidRPr="006B4164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)</w:t>
      </w:r>
    </w:p>
    <w:p w14:paraId="079BFCBC" w14:textId="77777777" w:rsidR="00961A6F" w:rsidRPr="00BA7DCC" w:rsidRDefault="00961A6F" w:rsidP="00961A6F">
      <w:pPr>
        <w:tabs>
          <w:tab w:val="left" w:pos="1760"/>
        </w:tabs>
        <w:rPr>
          <w:rFonts w:ascii="Times New Roman" w:eastAsiaTheme="majorEastAsia" w:hAnsi="Times New Roman" w:cs="Times New Roman"/>
          <w:color w:val="1F497D" w:themeColor="text2"/>
          <w:spacing w:val="30"/>
          <w:kern w:val="28"/>
          <w:sz w:val="24"/>
          <w:szCs w:val="24"/>
          <w14:ligatures w14:val="standard"/>
          <w14:numForm w14:val="oldStyle"/>
        </w:rPr>
      </w:pPr>
    </w:p>
    <w:p w14:paraId="710C8541" w14:textId="3FE236B8" w:rsidR="00425554" w:rsidRPr="00BA7DCC" w:rsidRDefault="00961A6F" w:rsidP="00961A6F">
      <w:pPr>
        <w:tabs>
          <w:tab w:val="left" w:pos="1760"/>
        </w:tabs>
        <w:rPr>
          <w:rFonts w:ascii="Times New Roman" w:hAnsi="Times New Roman" w:cs="Times New Roman"/>
          <w:sz w:val="24"/>
          <w:szCs w:val="24"/>
        </w:rPr>
      </w:pPr>
      <w:r w:rsidRPr="00BA7DCC">
        <w:rPr>
          <w:rFonts w:ascii="Times New Roman" w:eastAsiaTheme="majorEastAsia" w:hAnsi="Times New Roman" w:cs="Times New Roman"/>
          <w:color w:val="1F497D" w:themeColor="text2"/>
          <w:spacing w:val="30"/>
          <w:kern w:val="28"/>
          <w:sz w:val="24"/>
          <w:szCs w:val="24"/>
          <w14:ligatures w14:val="standard"/>
          <w14:numForm w14:val="oldStyle"/>
        </w:rPr>
        <w:tab/>
      </w:r>
    </w:p>
    <w:p w14:paraId="07EC19E2" w14:textId="77777777" w:rsidR="006B4164" w:rsidRDefault="006B4164" w:rsidP="006B4164">
      <w:pPr>
        <w:rPr>
          <w:rFonts w:ascii="Times New Roman" w:hAnsi="Times New Roman" w:cs="Times New Roman"/>
          <w:b/>
          <w:sz w:val="24"/>
          <w:szCs w:val="24"/>
        </w:rPr>
      </w:pPr>
    </w:p>
    <w:p w14:paraId="5EE72AF0" w14:textId="77777777" w:rsidR="006B4164" w:rsidRDefault="006B4164" w:rsidP="006B4164">
      <w:pPr>
        <w:rPr>
          <w:rFonts w:ascii="Times New Roman" w:hAnsi="Times New Roman" w:cs="Times New Roman"/>
          <w:b/>
          <w:sz w:val="24"/>
          <w:szCs w:val="24"/>
        </w:rPr>
      </w:pPr>
    </w:p>
    <w:p w14:paraId="60963B10" w14:textId="49766AAC" w:rsidR="003D44EF" w:rsidRPr="003674D3" w:rsidRDefault="00961A6F" w:rsidP="006B4164">
      <w:pPr>
        <w:rPr>
          <w:rFonts w:ascii="Times New Roman" w:hAnsi="Times New Roman" w:cs="Times New Roman"/>
          <w:sz w:val="26"/>
          <w:szCs w:val="26"/>
        </w:rPr>
      </w:pPr>
      <w:proofErr w:type="spellStart"/>
      <w:proofErr w:type="gramStart"/>
      <w:r w:rsidRPr="003674D3">
        <w:rPr>
          <w:rFonts w:ascii="Times New Roman" w:hAnsi="Times New Roman" w:cs="Times New Roman"/>
          <w:b/>
          <w:sz w:val="26"/>
          <w:szCs w:val="26"/>
        </w:rPr>
        <w:t>Hazırlayan</w:t>
      </w:r>
      <w:proofErr w:type="spellEnd"/>
      <w:r w:rsidRPr="003674D3">
        <w:rPr>
          <w:rFonts w:ascii="Times New Roman" w:hAnsi="Times New Roman" w:cs="Times New Roman"/>
          <w:b/>
          <w:sz w:val="26"/>
          <w:szCs w:val="26"/>
        </w:rPr>
        <w:t>(</w:t>
      </w:r>
      <w:proofErr w:type="gramEnd"/>
      <w:r w:rsidRPr="003674D3">
        <w:rPr>
          <w:rFonts w:ascii="Times New Roman" w:hAnsi="Times New Roman" w:cs="Times New Roman"/>
          <w:b/>
          <w:sz w:val="26"/>
          <w:szCs w:val="26"/>
        </w:rPr>
        <w:t>lar):</w:t>
      </w:r>
      <w:r w:rsidRPr="003674D3">
        <w:rPr>
          <w:rFonts w:ascii="Times New Roman" w:hAnsi="Times New Roman" w:cs="Times New Roman"/>
          <w:sz w:val="26"/>
          <w:szCs w:val="26"/>
        </w:rPr>
        <w:t xml:space="preserve"> (</w:t>
      </w:r>
      <w:proofErr w:type="spellStart"/>
      <w:r w:rsidRPr="003674D3">
        <w:rPr>
          <w:rFonts w:ascii="Times New Roman" w:hAnsi="Times New Roman" w:cs="Times New Roman"/>
          <w:sz w:val="26"/>
          <w:szCs w:val="26"/>
        </w:rPr>
        <w:t>Öğrenci</w:t>
      </w:r>
      <w:proofErr w:type="spellEnd"/>
      <w:r w:rsidRPr="003674D3">
        <w:rPr>
          <w:rFonts w:ascii="Times New Roman" w:hAnsi="Times New Roman" w:cs="Times New Roman"/>
          <w:sz w:val="26"/>
          <w:szCs w:val="26"/>
        </w:rPr>
        <w:t xml:space="preserve"> No-Ad-</w:t>
      </w:r>
      <w:proofErr w:type="spellStart"/>
      <w:r w:rsidRPr="003674D3">
        <w:rPr>
          <w:rFonts w:ascii="Times New Roman" w:hAnsi="Times New Roman" w:cs="Times New Roman"/>
          <w:sz w:val="26"/>
          <w:szCs w:val="26"/>
        </w:rPr>
        <w:t>Soyad</w:t>
      </w:r>
      <w:proofErr w:type="spellEnd"/>
      <w:r w:rsidRPr="003674D3">
        <w:rPr>
          <w:rFonts w:ascii="Times New Roman" w:hAnsi="Times New Roman" w:cs="Times New Roman"/>
          <w:sz w:val="26"/>
          <w:szCs w:val="26"/>
        </w:rPr>
        <w:t>)</w:t>
      </w:r>
    </w:p>
    <w:p w14:paraId="685CD233" w14:textId="77777777" w:rsidR="00961A6F" w:rsidRPr="003674D3" w:rsidRDefault="00961A6F" w:rsidP="00961A6F">
      <w:pPr>
        <w:rPr>
          <w:rFonts w:ascii="Times New Roman" w:hAnsi="Times New Roman" w:cs="Times New Roman"/>
          <w:sz w:val="26"/>
          <w:szCs w:val="26"/>
        </w:rPr>
      </w:pPr>
    </w:p>
    <w:p w14:paraId="4D785AFE" w14:textId="77777777" w:rsidR="00425554" w:rsidRPr="003674D3" w:rsidRDefault="00425554" w:rsidP="00425554">
      <w:pPr>
        <w:pStyle w:val="Balk3"/>
        <w:rPr>
          <w:rFonts w:ascii="Times New Roman" w:hAnsi="Times New Roman" w:cs="Times New Roman"/>
          <w:sz w:val="26"/>
          <w:szCs w:val="26"/>
        </w:rPr>
      </w:pPr>
    </w:p>
    <w:p w14:paraId="134F3878" w14:textId="698ECA45" w:rsidR="00425554" w:rsidRPr="003674D3" w:rsidRDefault="00961A6F" w:rsidP="006B4164">
      <w:pPr>
        <w:rPr>
          <w:rFonts w:ascii="Times New Roman" w:hAnsi="Times New Roman" w:cs="Times New Roman"/>
          <w:b/>
          <w:bCs/>
          <w:sz w:val="26"/>
          <w:szCs w:val="26"/>
        </w:rPr>
      </w:pPr>
      <w:bookmarkStart w:id="0" w:name="_Toc194054169"/>
      <w:proofErr w:type="spellStart"/>
      <w:r w:rsidRPr="003674D3">
        <w:rPr>
          <w:rFonts w:ascii="Times New Roman" w:hAnsi="Times New Roman" w:cs="Times New Roman"/>
          <w:b/>
          <w:sz w:val="26"/>
          <w:szCs w:val="26"/>
        </w:rPr>
        <w:t>Dan</w:t>
      </w:r>
      <w:r w:rsidR="00425554" w:rsidRPr="003674D3">
        <w:rPr>
          <w:rFonts w:ascii="Times New Roman" w:hAnsi="Times New Roman" w:cs="Times New Roman"/>
          <w:b/>
          <w:sz w:val="26"/>
          <w:szCs w:val="26"/>
        </w:rPr>
        <w:t>ışman</w:t>
      </w:r>
      <w:proofErr w:type="spellEnd"/>
      <w:r w:rsidR="00425554" w:rsidRPr="003674D3">
        <w:rPr>
          <w:rFonts w:ascii="Times New Roman" w:hAnsi="Times New Roman" w:cs="Times New Roman"/>
          <w:b/>
          <w:sz w:val="26"/>
          <w:szCs w:val="26"/>
        </w:rPr>
        <w:t>:</w:t>
      </w:r>
      <w:r w:rsidR="00425554" w:rsidRPr="003674D3">
        <w:rPr>
          <w:rFonts w:ascii="Times New Roman" w:hAnsi="Times New Roman" w:cs="Times New Roman"/>
          <w:sz w:val="26"/>
          <w:szCs w:val="26"/>
        </w:rPr>
        <w:t xml:space="preserve"> </w:t>
      </w:r>
      <w:r w:rsidRPr="003674D3">
        <w:rPr>
          <w:rFonts w:ascii="Times New Roman" w:hAnsi="Times New Roman" w:cs="Times New Roman"/>
          <w:sz w:val="26"/>
          <w:szCs w:val="26"/>
        </w:rPr>
        <w:t>(</w:t>
      </w:r>
      <w:proofErr w:type="spellStart"/>
      <w:r w:rsidRPr="003674D3">
        <w:rPr>
          <w:rFonts w:ascii="Times New Roman" w:hAnsi="Times New Roman" w:cs="Times New Roman"/>
          <w:sz w:val="26"/>
          <w:szCs w:val="26"/>
        </w:rPr>
        <w:t>Ünvan</w:t>
      </w:r>
      <w:proofErr w:type="spellEnd"/>
      <w:r w:rsidRPr="003674D3">
        <w:rPr>
          <w:rFonts w:ascii="Times New Roman" w:hAnsi="Times New Roman" w:cs="Times New Roman"/>
          <w:sz w:val="26"/>
          <w:szCs w:val="26"/>
        </w:rPr>
        <w:t>-</w:t>
      </w:r>
      <w:r w:rsidR="00425554" w:rsidRPr="003674D3">
        <w:rPr>
          <w:rFonts w:ascii="Times New Roman" w:hAnsi="Times New Roman" w:cs="Times New Roman"/>
          <w:sz w:val="26"/>
          <w:szCs w:val="26"/>
        </w:rPr>
        <w:t xml:space="preserve">Ad </w:t>
      </w:r>
      <w:proofErr w:type="spellStart"/>
      <w:r w:rsidR="00425554" w:rsidRPr="003674D3">
        <w:rPr>
          <w:rFonts w:ascii="Times New Roman" w:hAnsi="Times New Roman" w:cs="Times New Roman"/>
          <w:sz w:val="26"/>
          <w:szCs w:val="26"/>
        </w:rPr>
        <w:t>Soyad</w:t>
      </w:r>
      <w:proofErr w:type="spellEnd"/>
      <w:r w:rsidRPr="003674D3">
        <w:rPr>
          <w:rFonts w:ascii="Times New Roman" w:hAnsi="Times New Roman" w:cs="Times New Roman"/>
          <w:sz w:val="26"/>
          <w:szCs w:val="26"/>
        </w:rPr>
        <w:t>)</w:t>
      </w:r>
      <w:bookmarkEnd w:id="0"/>
    </w:p>
    <w:p w14:paraId="7F157F0A" w14:textId="6C51E121" w:rsidR="00961A6F" w:rsidRPr="003674D3" w:rsidRDefault="00961A6F" w:rsidP="00961A6F">
      <w:pPr>
        <w:tabs>
          <w:tab w:val="left" w:pos="4420"/>
        </w:tabs>
        <w:rPr>
          <w:rFonts w:ascii="Times New Roman" w:hAnsi="Times New Roman" w:cs="Times New Roman"/>
          <w:sz w:val="26"/>
          <w:szCs w:val="26"/>
        </w:rPr>
      </w:pPr>
    </w:p>
    <w:p w14:paraId="2A1E2295" w14:textId="77647378" w:rsidR="00961A6F" w:rsidRPr="003674D3" w:rsidRDefault="00961A6F" w:rsidP="00961A6F">
      <w:pPr>
        <w:tabs>
          <w:tab w:val="left" w:pos="4420"/>
        </w:tabs>
        <w:rPr>
          <w:rFonts w:ascii="Times New Roman" w:hAnsi="Times New Roman" w:cs="Times New Roman"/>
          <w:sz w:val="26"/>
          <w:szCs w:val="26"/>
        </w:rPr>
      </w:pPr>
    </w:p>
    <w:p w14:paraId="63AEAC51" w14:textId="3F1584A7" w:rsidR="006B4164" w:rsidRPr="003674D3" w:rsidRDefault="006B4164" w:rsidP="00961A6F">
      <w:pPr>
        <w:tabs>
          <w:tab w:val="left" w:pos="4420"/>
        </w:tabs>
        <w:rPr>
          <w:rFonts w:ascii="Times New Roman" w:hAnsi="Times New Roman" w:cs="Times New Roman"/>
          <w:sz w:val="26"/>
          <w:szCs w:val="26"/>
        </w:rPr>
      </w:pPr>
    </w:p>
    <w:p w14:paraId="378EE3B8" w14:textId="7FC2D6A4" w:rsidR="006B4164" w:rsidRPr="003674D3" w:rsidRDefault="006B4164" w:rsidP="00961A6F">
      <w:pPr>
        <w:tabs>
          <w:tab w:val="left" w:pos="4420"/>
        </w:tabs>
        <w:rPr>
          <w:rFonts w:ascii="Times New Roman" w:hAnsi="Times New Roman" w:cs="Times New Roman"/>
          <w:sz w:val="26"/>
          <w:szCs w:val="26"/>
        </w:rPr>
      </w:pPr>
    </w:p>
    <w:p w14:paraId="70B158BF" w14:textId="5EA68B4D" w:rsidR="006B4164" w:rsidRPr="003674D3" w:rsidRDefault="006B4164" w:rsidP="00961A6F">
      <w:pPr>
        <w:tabs>
          <w:tab w:val="left" w:pos="4420"/>
        </w:tabs>
        <w:rPr>
          <w:rFonts w:ascii="Times New Roman" w:hAnsi="Times New Roman" w:cs="Times New Roman"/>
          <w:sz w:val="26"/>
          <w:szCs w:val="26"/>
        </w:rPr>
      </w:pPr>
      <w:bookmarkStart w:id="1" w:name="_GoBack"/>
      <w:bookmarkEnd w:id="1"/>
    </w:p>
    <w:p w14:paraId="2C617943" w14:textId="77777777" w:rsidR="006B4164" w:rsidRPr="003674D3" w:rsidRDefault="006B4164" w:rsidP="00961A6F">
      <w:pPr>
        <w:tabs>
          <w:tab w:val="left" w:pos="4420"/>
        </w:tabs>
        <w:rPr>
          <w:rFonts w:ascii="Times New Roman" w:hAnsi="Times New Roman" w:cs="Times New Roman"/>
          <w:sz w:val="26"/>
          <w:szCs w:val="26"/>
        </w:rPr>
      </w:pPr>
    </w:p>
    <w:p w14:paraId="47E768F7" w14:textId="56A77A61" w:rsidR="003D44EF" w:rsidRPr="003674D3" w:rsidRDefault="00850A9C" w:rsidP="00961A6F">
      <w:pPr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 w:rsidRPr="003674D3">
        <w:rPr>
          <w:rFonts w:ascii="Times New Roman" w:hAnsi="Times New Roman" w:cs="Times New Roman"/>
          <w:b/>
          <w:bCs/>
          <w:noProof/>
          <w:sz w:val="26"/>
          <w:szCs w:val="26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64C3A83" wp14:editId="5E8B5A91">
                <wp:simplePos x="0" y="0"/>
                <wp:positionH relativeFrom="column">
                  <wp:posOffset>5308600</wp:posOffset>
                </wp:positionH>
                <wp:positionV relativeFrom="page">
                  <wp:posOffset>9277350</wp:posOffset>
                </wp:positionV>
                <wp:extent cx="622300" cy="571500"/>
                <wp:effectExtent l="0" t="0" r="6350" b="0"/>
                <wp:wrapSquare wrapText="bothSides"/>
                <wp:docPr id="544595290" name="Dikdörtgen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22300" cy="57150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noFill/>
                        </a:ln>
                        <a:effectLst/>
                      </wps:spPr>
                      <wps:style>
                        <a:lnRef idx="1">
                          <a:schemeClr val="accent1"/>
                        </a:lnRef>
                        <a:fillRef idx="3">
                          <a:schemeClr val="accent1"/>
                        </a:fillRef>
                        <a:effectRef idx="2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rect w14:anchorId="229D28E9" id="Dikdörtgen 2" o:spid="_x0000_s1026" style="position:absolute;margin-left:418pt;margin-top:730.5pt;width:49pt;height:4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" fillcolor="white [3212]" stroked="f">
                <w10:wrap type="square" anchory="page"/>
              </v:rect>
            </w:pict>
          </mc:Fallback>
        </mc:AlternateContent>
      </w:r>
      <w:proofErr w:type="spellStart"/>
      <w:r w:rsidR="00961A6F" w:rsidRPr="003674D3">
        <w:rPr>
          <w:rFonts w:ascii="Times New Roman" w:hAnsi="Times New Roman" w:cs="Times New Roman"/>
          <w:b/>
          <w:bCs/>
          <w:sz w:val="26"/>
          <w:szCs w:val="26"/>
        </w:rPr>
        <w:t>Tarih</w:t>
      </w:r>
      <w:proofErr w:type="spellEnd"/>
      <w:r w:rsidRPr="003674D3">
        <w:rPr>
          <w:rFonts w:ascii="Times New Roman" w:hAnsi="Times New Roman" w:cs="Times New Roman"/>
          <w:b/>
          <w:bCs/>
          <w:sz w:val="26"/>
          <w:szCs w:val="26"/>
        </w:rPr>
        <w:br w:type="page"/>
      </w:r>
    </w:p>
    <w:p w14:paraId="503E3E26" w14:textId="5CE25DEB" w:rsidR="000579CF" w:rsidRPr="00CF6E2E" w:rsidRDefault="000579CF" w:rsidP="006B4164">
      <w:pPr>
        <w:pStyle w:val="Balk1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bookmarkStart w:id="2" w:name="_Toc194055943"/>
      <w:r w:rsidRPr="00CF6E2E">
        <w:rPr>
          <w:rFonts w:ascii="Times New Roman" w:hAnsi="Times New Roman" w:cs="Times New Roman"/>
          <w:b/>
          <w:color w:val="000000" w:themeColor="text1"/>
          <w:sz w:val="24"/>
          <w:szCs w:val="24"/>
        </w:rPr>
        <w:lastRenderedPageBreak/>
        <w:t>TEŞEKKÜR</w:t>
      </w:r>
      <w:bookmarkEnd w:id="2"/>
    </w:p>
    <w:p w14:paraId="11C4E9A2" w14:textId="77777777" w:rsidR="000579CF" w:rsidRPr="00BA7DCC" w:rsidRDefault="000579CF" w:rsidP="000579CF">
      <w:pPr>
        <w:rPr>
          <w:rFonts w:ascii="Times New Roman" w:hAnsi="Times New Roman" w:cs="Times New Roman"/>
          <w:sz w:val="24"/>
          <w:szCs w:val="24"/>
        </w:rPr>
      </w:pPr>
    </w:p>
    <w:p w14:paraId="67E0DBD8" w14:textId="77777777" w:rsidR="000579CF" w:rsidRPr="00BA7DCC" w:rsidRDefault="000579CF">
      <w:pPr>
        <w:pStyle w:val="Balk1"/>
        <w:rPr>
          <w:rFonts w:ascii="Times New Roman" w:hAnsi="Times New Roman" w:cs="Times New Roman"/>
          <w:sz w:val="24"/>
          <w:szCs w:val="24"/>
        </w:rPr>
      </w:pPr>
    </w:p>
    <w:p w14:paraId="2AF386A0" w14:textId="77777777" w:rsidR="000579CF" w:rsidRPr="00BA7DCC" w:rsidRDefault="000579CF">
      <w:pPr>
        <w:pStyle w:val="Balk1"/>
        <w:rPr>
          <w:rFonts w:ascii="Times New Roman" w:hAnsi="Times New Roman" w:cs="Times New Roman"/>
          <w:sz w:val="24"/>
          <w:szCs w:val="24"/>
        </w:rPr>
      </w:pPr>
    </w:p>
    <w:p w14:paraId="1DC2FC85" w14:textId="77777777" w:rsidR="000579CF" w:rsidRPr="00BA7DCC" w:rsidRDefault="000579CF" w:rsidP="000579CF">
      <w:pPr>
        <w:rPr>
          <w:rFonts w:ascii="Times New Roman" w:hAnsi="Times New Roman" w:cs="Times New Roman"/>
          <w:sz w:val="24"/>
          <w:szCs w:val="24"/>
        </w:rPr>
      </w:pPr>
    </w:p>
    <w:p w14:paraId="2642FD12" w14:textId="77777777" w:rsidR="000579CF" w:rsidRPr="00BA7DCC" w:rsidRDefault="000579CF" w:rsidP="000579CF">
      <w:pPr>
        <w:rPr>
          <w:rFonts w:ascii="Times New Roman" w:hAnsi="Times New Roman" w:cs="Times New Roman"/>
          <w:sz w:val="24"/>
          <w:szCs w:val="24"/>
        </w:rPr>
      </w:pPr>
    </w:p>
    <w:p w14:paraId="00892050" w14:textId="77777777" w:rsidR="000579CF" w:rsidRPr="00BA7DCC" w:rsidRDefault="000579CF" w:rsidP="000579CF">
      <w:pPr>
        <w:rPr>
          <w:rFonts w:ascii="Times New Roman" w:hAnsi="Times New Roman" w:cs="Times New Roman"/>
          <w:sz w:val="24"/>
          <w:szCs w:val="24"/>
        </w:rPr>
      </w:pPr>
    </w:p>
    <w:p w14:paraId="2372A79B" w14:textId="77777777" w:rsidR="000579CF" w:rsidRPr="00BA7DCC" w:rsidRDefault="000579CF" w:rsidP="000579CF">
      <w:pPr>
        <w:rPr>
          <w:rFonts w:ascii="Times New Roman" w:hAnsi="Times New Roman" w:cs="Times New Roman"/>
          <w:sz w:val="24"/>
          <w:szCs w:val="24"/>
        </w:rPr>
      </w:pPr>
    </w:p>
    <w:p w14:paraId="60053522" w14:textId="77777777" w:rsidR="000579CF" w:rsidRPr="00BA7DCC" w:rsidRDefault="000579CF" w:rsidP="000579CF">
      <w:pPr>
        <w:rPr>
          <w:rFonts w:ascii="Times New Roman" w:hAnsi="Times New Roman" w:cs="Times New Roman"/>
          <w:sz w:val="24"/>
          <w:szCs w:val="24"/>
        </w:rPr>
      </w:pPr>
    </w:p>
    <w:p w14:paraId="64CEE89A" w14:textId="77777777" w:rsidR="000579CF" w:rsidRPr="00BA7DCC" w:rsidRDefault="000579CF" w:rsidP="000579CF">
      <w:pPr>
        <w:rPr>
          <w:rFonts w:ascii="Times New Roman" w:hAnsi="Times New Roman" w:cs="Times New Roman"/>
          <w:sz w:val="24"/>
          <w:szCs w:val="24"/>
        </w:rPr>
      </w:pPr>
    </w:p>
    <w:p w14:paraId="4EF3B13B" w14:textId="77777777" w:rsidR="000579CF" w:rsidRPr="00BA7DCC" w:rsidRDefault="000579CF" w:rsidP="000579CF">
      <w:pPr>
        <w:rPr>
          <w:rFonts w:ascii="Times New Roman" w:hAnsi="Times New Roman" w:cs="Times New Roman"/>
          <w:sz w:val="24"/>
          <w:szCs w:val="24"/>
        </w:rPr>
      </w:pPr>
    </w:p>
    <w:p w14:paraId="2069D34B" w14:textId="77777777" w:rsidR="000579CF" w:rsidRPr="00BA7DCC" w:rsidRDefault="000579CF" w:rsidP="000579CF">
      <w:pPr>
        <w:rPr>
          <w:rFonts w:ascii="Times New Roman" w:hAnsi="Times New Roman" w:cs="Times New Roman"/>
          <w:sz w:val="24"/>
          <w:szCs w:val="24"/>
        </w:rPr>
      </w:pPr>
    </w:p>
    <w:p w14:paraId="042145CF" w14:textId="77777777" w:rsidR="000579CF" w:rsidRPr="00BA7DCC" w:rsidRDefault="000579CF" w:rsidP="000579CF">
      <w:pPr>
        <w:rPr>
          <w:rFonts w:ascii="Times New Roman" w:hAnsi="Times New Roman" w:cs="Times New Roman"/>
          <w:sz w:val="24"/>
          <w:szCs w:val="24"/>
        </w:rPr>
      </w:pPr>
    </w:p>
    <w:p w14:paraId="42686C80" w14:textId="77777777" w:rsidR="000579CF" w:rsidRPr="00BA7DCC" w:rsidRDefault="000579CF" w:rsidP="000579CF">
      <w:pPr>
        <w:rPr>
          <w:rFonts w:ascii="Times New Roman" w:hAnsi="Times New Roman" w:cs="Times New Roman"/>
          <w:sz w:val="24"/>
          <w:szCs w:val="24"/>
        </w:rPr>
      </w:pPr>
    </w:p>
    <w:p w14:paraId="05E21813" w14:textId="77777777" w:rsidR="000579CF" w:rsidRPr="00BA7DCC" w:rsidRDefault="000579CF" w:rsidP="000579CF">
      <w:pPr>
        <w:rPr>
          <w:rFonts w:ascii="Times New Roman" w:hAnsi="Times New Roman" w:cs="Times New Roman"/>
          <w:sz w:val="24"/>
          <w:szCs w:val="24"/>
        </w:rPr>
      </w:pPr>
    </w:p>
    <w:p w14:paraId="32753B83" w14:textId="77777777" w:rsidR="000579CF" w:rsidRPr="00BA7DCC" w:rsidRDefault="000579CF" w:rsidP="000579CF">
      <w:pPr>
        <w:rPr>
          <w:rFonts w:ascii="Times New Roman" w:hAnsi="Times New Roman" w:cs="Times New Roman"/>
          <w:sz w:val="24"/>
          <w:szCs w:val="24"/>
        </w:rPr>
      </w:pPr>
    </w:p>
    <w:p w14:paraId="770E57E8" w14:textId="77777777" w:rsidR="000579CF" w:rsidRPr="00BA7DCC" w:rsidRDefault="000579CF" w:rsidP="000579CF">
      <w:pPr>
        <w:rPr>
          <w:rFonts w:ascii="Times New Roman" w:hAnsi="Times New Roman" w:cs="Times New Roman"/>
          <w:sz w:val="24"/>
          <w:szCs w:val="24"/>
        </w:rPr>
      </w:pPr>
    </w:p>
    <w:p w14:paraId="0B45B2DA" w14:textId="77777777" w:rsidR="000579CF" w:rsidRPr="00BA7DCC" w:rsidRDefault="000579CF" w:rsidP="000579CF">
      <w:pPr>
        <w:rPr>
          <w:rFonts w:ascii="Times New Roman" w:hAnsi="Times New Roman" w:cs="Times New Roman"/>
          <w:sz w:val="24"/>
          <w:szCs w:val="24"/>
        </w:rPr>
      </w:pPr>
    </w:p>
    <w:p w14:paraId="50F25497" w14:textId="77777777" w:rsidR="000579CF" w:rsidRPr="00BA7DCC" w:rsidRDefault="000579CF" w:rsidP="000579CF">
      <w:pPr>
        <w:rPr>
          <w:rFonts w:ascii="Times New Roman" w:hAnsi="Times New Roman" w:cs="Times New Roman"/>
          <w:sz w:val="24"/>
          <w:szCs w:val="24"/>
        </w:rPr>
      </w:pPr>
    </w:p>
    <w:p w14:paraId="5D3546EC" w14:textId="77777777" w:rsidR="000579CF" w:rsidRPr="00BA7DCC" w:rsidRDefault="000579CF" w:rsidP="000579CF">
      <w:pPr>
        <w:rPr>
          <w:rFonts w:ascii="Times New Roman" w:hAnsi="Times New Roman" w:cs="Times New Roman"/>
          <w:sz w:val="24"/>
          <w:szCs w:val="24"/>
        </w:rPr>
      </w:pPr>
    </w:p>
    <w:p w14:paraId="621C0105" w14:textId="77777777" w:rsidR="000579CF" w:rsidRPr="00BA7DCC" w:rsidRDefault="000579CF" w:rsidP="000579CF">
      <w:pPr>
        <w:rPr>
          <w:rFonts w:ascii="Times New Roman" w:hAnsi="Times New Roman" w:cs="Times New Roman"/>
          <w:sz w:val="24"/>
          <w:szCs w:val="24"/>
        </w:rPr>
      </w:pPr>
    </w:p>
    <w:p w14:paraId="6A383DAA" w14:textId="77777777" w:rsidR="000579CF" w:rsidRPr="00BA7DCC" w:rsidRDefault="000579CF" w:rsidP="000579CF">
      <w:pPr>
        <w:rPr>
          <w:rFonts w:ascii="Times New Roman" w:hAnsi="Times New Roman" w:cs="Times New Roman"/>
          <w:sz w:val="24"/>
          <w:szCs w:val="24"/>
        </w:rPr>
      </w:pPr>
    </w:p>
    <w:p w14:paraId="17C37D8C" w14:textId="77777777" w:rsidR="000579CF" w:rsidRPr="00BA7DCC" w:rsidRDefault="000579CF" w:rsidP="000579CF">
      <w:pPr>
        <w:rPr>
          <w:rFonts w:ascii="Times New Roman" w:hAnsi="Times New Roman" w:cs="Times New Roman"/>
          <w:sz w:val="24"/>
          <w:szCs w:val="24"/>
        </w:rPr>
      </w:pPr>
    </w:p>
    <w:p w14:paraId="38656815" w14:textId="5DB672D8" w:rsidR="000579CF" w:rsidRDefault="000579CF" w:rsidP="000579CF">
      <w:pPr>
        <w:rPr>
          <w:rFonts w:ascii="Times New Roman" w:hAnsi="Times New Roman" w:cs="Times New Roman"/>
          <w:sz w:val="24"/>
          <w:szCs w:val="24"/>
        </w:rPr>
      </w:pPr>
    </w:p>
    <w:p w14:paraId="3B60C0CE" w14:textId="77777777" w:rsidR="006B4164" w:rsidRPr="00BA7DCC" w:rsidRDefault="006B4164" w:rsidP="000579CF">
      <w:pPr>
        <w:rPr>
          <w:rFonts w:ascii="Times New Roman" w:hAnsi="Times New Roman" w:cs="Times New Roman"/>
          <w:sz w:val="24"/>
          <w:szCs w:val="24"/>
        </w:rPr>
      </w:pPr>
    </w:p>
    <w:p w14:paraId="0C9F5EBC" w14:textId="77777777" w:rsidR="000579CF" w:rsidRPr="00BA7DCC" w:rsidRDefault="000579CF" w:rsidP="000579CF">
      <w:pPr>
        <w:rPr>
          <w:rFonts w:ascii="Times New Roman" w:hAnsi="Times New Roman" w:cs="Times New Roman"/>
          <w:sz w:val="24"/>
          <w:szCs w:val="24"/>
        </w:rPr>
      </w:pPr>
    </w:p>
    <w:p w14:paraId="785F656C" w14:textId="100BDEB7" w:rsidR="003D44EF" w:rsidRPr="00BA7DCC" w:rsidRDefault="006E5028" w:rsidP="00086246">
      <w:pPr>
        <w:pStyle w:val="Balk1"/>
        <w:jc w:val="center"/>
        <w:rPr>
          <w:rFonts w:ascii="Times New Roman" w:hAnsi="Times New Roman" w:cs="Times New Roman"/>
          <w:b/>
          <w:bCs w:val="0"/>
          <w:color w:val="000000" w:themeColor="text1"/>
          <w:sz w:val="24"/>
          <w:szCs w:val="24"/>
        </w:rPr>
      </w:pPr>
      <w:bookmarkStart w:id="3" w:name="_Toc194055944"/>
      <w:r w:rsidRPr="00BA7DCC">
        <w:rPr>
          <w:rFonts w:ascii="Times New Roman" w:hAnsi="Times New Roman" w:cs="Times New Roman"/>
          <w:b/>
          <w:bCs w:val="0"/>
          <w:color w:val="000000" w:themeColor="text1"/>
          <w:sz w:val="24"/>
          <w:szCs w:val="24"/>
        </w:rPr>
        <w:lastRenderedPageBreak/>
        <w:t>ÖZET</w:t>
      </w:r>
      <w:bookmarkEnd w:id="3"/>
    </w:p>
    <w:p w14:paraId="7EC2CF33" w14:textId="6BDC18D6" w:rsidR="003D44EF" w:rsidRPr="00BA7DCC" w:rsidRDefault="006E5028">
      <w:pPr>
        <w:rPr>
          <w:rFonts w:ascii="Times New Roman" w:hAnsi="Times New Roman" w:cs="Times New Roman"/>
          <w:sz w:val="24"/>
          <w:szCs w:val="24"/>
        </w:rPr>
      </w:pPr>
      <w:r w:rsidRPr="00BA7DCC">
        <w:rPr>
          <w:rFonts w:ascii="Times New Roman" w:hAnsi="Times New Roman" w:cs="Times New Roman"/>
          <w:sz w:val="24"/>
          <w:szCs w:val="24"/>
        </w:rPr>
        <w:t xml:space="preserve">Bu </w:t>
      </w:r>
      <w:proofErr w:type="spellStart"/>
      <w:r w:rsidRPr="00BA7DCC">
        <w:rPr>
          <w:rFonts w:ascii="Times New Roman" w:hAnsi="Times New Roman" w:cs="Times New Roman"/>
          <w:sz w:val="24"/>
          <w:szCs w:val="24"/>
        </w:rPr>
        <w:t>alanda</w:t>
      </w:r>
      <w:proofErr w:type="spellEnd"/>
      <w:r w:rsidRPr="00BA7DC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25554" w:rsidRPr="00BA7DCC">
        <w:rPr>
          <w:rFonts w:ascii="Times New Roman" w:hAnsi="Times New Roman" w:cs="Times New Roman"/>
          <w:sz w:val="24"/>
          <w:szCs w:val="24"/>
        </w:rPr>
        <w:t>araştırma</w:t>
      </w:r>
      <w:proofErr w:type="spellEnd"/>
      <w:r w:rsidR="00425554" w:rsidRPr="00BA7DC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25554" w:rsidRPr="00BA7DCC">
        <w:rPr>
          <w:rFonts w:ascii="Times New Roman" w:hAnsi="Times New Roman" w:cs="Times New Roman"/>
          <w:sz w:val="24"/>
          <w:szCs w:val="24"/>
        </w:rPr>
        <w:t>projesinin</w:t>
      </w:r>
      <w:proofErr w:type="spellEnd"/>
      <w:r w:rsidR="00425554" w:rsidRPr="00BA7DC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25554" w:rsidRPr="00BA7DCC">
        <w:rPr>
          <w:rFonts w:ascii="Times New Roman" w:hAnsi="Times New Roman" w:cs="Times New Roman"/>
          <w:sz w:val="24"/>
          <w:szCs w:val="24"/>
        </w:rPr>
        <w:t>bir</w:t>
      </w:r>
      <w:proofErr w:type="spellEnd"/>
      <w:r w:rsidR="00425554" w:rsidRPr="00BA7DCC">
        <w:rPr>
          <w:rFonts w:ascii="Times New Roman" w:hAnsi="Times New Roman" w:cs="Times New Roman"/>
          <w:sz w:val="24"/>
          <w:szCs w:val="24"/>
        </w:rPr>
        <w:t xml:space="preserve"> (1) </w:t>
      </w:r>
      <w:proofErr w:type="spellStart"/>
      <w:r w:rsidR="00425554" w:rsidRPr="00BA7DCC">
        <w:rPr>
          <w:rFonts w:ascii="Times New Roman" w:hAnsi="Times New Roman" w:cs="Times New Roman"/>
          <w:sz w:val="24"/>
          <w:szCs w:val="24"/>
        </w:rPr>
        <w:t>sayfalık</w:t>
      </w:r>
      <w:proofErr w:type="spellEnd"/>
      <w:r w:rsidRPr="00BA7DC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A7DCC">
        <w:rPr>
          <w:rFonts w:ascii="Times New Roman" w:hAnsi="Times New Roman" w:cs="Times New Roman"/>
          <w:sz w:val="24"/>
          <w:szCs w:val="24"/>
        </w:rPr>
        <w:t>özeti</w:t>
      </w:r>
      <w:proofErr w:type="spellEnd"/>
      <w:r w:rsidRPr="00BA7DC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A7DCC">
        <w:rPr>
          <w:rFonts w:ascii="Times New Roman" w:hAnsi="Times New Roman" w:cs="Times New Roman"/>
          <w:sz w:val="24"/>
          <w:szCs w:val="24"/>
        </w:rPr>
        <w:t>yazılacaktır</w:t>
      </w:r>
      <w:proofErr w:type="spellEnd"/>
      <w:r w:rsidRPr="00BA7DCC">
        <w:rPr>
          <w:rFonts w:ascii="Times New Roman" w:hAnsi="Times New Roman" w:cs="Times New Roman"/>
          <w:sz w:val="24"/>
          <w:szCs w:val="24"/>
        </w:rPr>
        <w:t>.</w:t>
      </w:r>
    </w:p>
    <w:p w14:paraId="24A18ADC" w14:textId="77777777" w:rsidR="00086246" w:rsidRPr="00BA7DCC" w:rsidRDefault="00086246">
      <w:pPr>
        <w:rPr>
          <w:rFonts w:ascii="Times New Roman" w:hAnsi="Times New Roman" w:cs="Times New Roman"/>
          <w:sz w:val="24"/>
          <w:szCs w:val="24"/>
        </w:rPr>
      </w:pPr>
    </w:p>
    <w:p w14:paraId="42DCF967" w14:textId="77777777" w:rsidR="00086246" w:rsidRPr="00BA7DCC" w:rsidRDefault="00086246">
      <w:pPr>
        <w:rPr>
          <w:rFonts w:ascii="Times New Roman" w:hAnsi="Times New Roman" w:cs="Times New Roman"/>
          <w:sz w:val="24"/>
          <w:szCs w:val="24"/>
        </w:rPr>
      </w:pPr>
    </w:p>
    <w:p w14:paraId="0EE43A0B" w14:textId="77777777" w:rsidR="00086246" w:rsidRPr="00BA7DCC" w:rsidRDefault="00086246">
      <w:pPr>
        <w:rPr>
          <w:rFonts w:ascii="Times New Roman" w:hAnsi="Times New Roman" w:cs="Times New Roman"/>
          <w:sz w:val="24"/>
          <w:szCs w:val="24"/>
        </w:rPr>
      </w:pPr>
    </w:p>
    <w:p w14:paraId="510849CC" w14:textId="77777777" w:rsidR="00086246" w:rsidRPr="00BA7DCC" w:rsidRDefault="00086246">
      <w:pPr>
        <w:rPr>
          <w:rFonts w:ascii="Times New Roman" w:hAnsi="Times New Roman" w:cs="Times New Roman"/>
          <w:sz w:val="24"/>
          <w:szCs w:val="24"/>
        </w:rPr>
      </w:pPr>
    </w:p>
    <w:p w14:paraId="241C3F77" w14:textId="77777777" w:rsidR="00086246" w:rsidRPr="00BA7DCC" w:rsidRDefault="00086246">
      <w:pPr>
        <w:rPr>
          <w:rFonts w:ascii="Times New Roman" w:hAnsi="Times New Roman" w:cs="Times New Roman"/>
          <w:sz w:val="24"/>
          <w:szCs w:val="24"/>
        </w:rPr>
      </w:pPr>
    </w:p>
    <w:p w14:paraId="33538E19" w14:textId="77777777" w:rsidR="00086246" w:rsidRPr="00BA7DCC" w:rsidRDefault="00086246">
      <w:pPr>
        <w:rPr>
          <w:rFonts w:ascii="Times New Roman" w:hAnsi="Times New Roman" w:cs="Times New Roman"/>
          <w:sz w:val="24"/>
          <w:szCs w:val="24"/>
        </w:rPr>
      </w:pPr>
    </w:p>
    <w:p w14:paraId="07E4E33E" w14:textId="77777777" w:rsidR="00086246" w:rsidRPr="00BA7DCC" w:rsidRDefault="00086246">
      <w:pPr>
        <w:rPr>
          <w:rFonts w:ascii="Times New Roman" w:hAnsi="Times New Roman" w:cs="Times New Roman"/>
          <w:sz w:val="24"/>
          <w:szCs w:val="24"/>
        </w:rPr>
      </w:pPr>
    </w:p>
    <w:p w14:paraId="42392518" w14:textId="2550D878" w:rsidR="00086246" w:rsidRPr="00BA7DCC" w:rsidRDefault="00086246">
      <w:pPr>
        <w:rPr>
          <w:rFonts w:ascii="Times New Roman" w:hAnsi="Times New Roman" w:cs="Times New Roman"/>
          <w:sz w:val="24"/>
          <w:szCs w:val="24"/>
        </w:rPr>
      </w:pPr>
      <w:proofErr w:type="spellStart"/>
      <w:r w:rsidRPr="00BA7DCC">
        <w:rPr>
          <w:rFonts w:ascii="Times New Roman" w:hAnsi="Times New Roman" w:cs="Times New Roman"/>
          <w:b/>
          <w:bCs/>
          <w:sz w:val="24"/>
          <w:szCs w:val="24"/>
        </w:rPr>
        <w:t>Anahtar</w:t>
      </w:r>
      <w:proofErr w:type="spellEnd"/>
      <w:r w:rsidRPr="00BA7DCC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BA7DCC">
        <w:rPr>
          <w:rFonts w:ascii="Times New Roman" w:hAnsi="Times New Roman" w:cs="Times New Roman"/>
          <w:b/>
          <w:bCs/>
          <w:sz w:val="24"/>
          <w:szCs w:val="24"/>
        </w:rPr>
        <w:t>Kelimeler</w:t>
      </w:r>
      <w:proofErr w:type="spellEnd"/>
      <w:r w:rsidRPr="00BA7DCC">
        <w:rPr>
          <w:rFonts w:ascii="Times New Roman" w:hAnsi="Times New Roman" w:cs="Times New Roman"/>
          <w:b/>
          <w:bCs/>
          <w:sz w:val="24"/>
          <w:szCs w:val="24"/>
        </w:rPr>
        <w:t>:</w:t>
      </w:r>
    </w:p>
    <w:p w14:paraId="55E4521B" w14:textId="77777777" w:rsidR="00086246" w:rsidRPr="00BA7DCC" w:rsidRDefault="00086246">
      <w:pPr>
        <w:rPr>
          <w:rFonts w:ascii="Times New Roman" w:hAnsi="Times New Roman" w:cs="Times New Roman"/>
          <w:sz w:val="24"/>
          <w:szCs w:val="24"/>
        </w:rPr>
      </w:pPr>
    </w:p>
    <w:p w14:paraId="23262D2F" w14:textId="77777777" w:rsidR="00086246" w:rsidRPr="00BA7DCC" w:rsidRDefault="00086246">
      <w:pPr>
        <w:rPr>
          <w:rFonts w:ascii="Times New Roman" w:hAnsi="Times New Roman" w:cs="Times New Roman"/>
          <w:sz w:val="24"/>
          <w:szCs w:val="24"/>
        </w:rPr>
      </w:pPr>
    </w:p>
    <w:p w14:paraId="3BFBFF27" w14:textId="77777777" w:rsidR="00086246" w:rsidRPr="00BA7DCC" w:rsidRDefault="00086246">
      <w:pPr>
        <w:rPr>
          <w:rFonts w:ascii="Times New Roman" w:hAnsi="Times New Roman" w:cs="Times New Roman"/>
          <w:sz w:val="24"/>
          <w:szCs w:val="24"/>
        </w:rPr>
      </w:pPr>
    </w:p>
    <w:p w14:paraId="1AE69079" w14:textId="77777777" w:rsidR="00086246" w:rsidRPr="00BA7DCC" w:rsidRDefault="00086246">
      <w:pPr>
        <w:rPr>
          <w:rFonts w:ascii="Times New Roman" w:hAnsi="Times New Roman" w:cs="Times New Roman"/>
          <w:sz w:val="24"/>
          <w:szCs w:val="24"/>
        </w:rPr>
      </w:pPr>
    </w:p>
    <w:p w14:paraId="513D19E0" w14:textId="77777777" w:rsidR="00086246" w:rsidRPr="00BA7DCC" w:rsidRDefault="00086246">
      <w:pPr>
        <w:rPr>
          <w:rFonts w:ascii="Times New Roman" w:hAnsi="Times New Roman" w:cs="Times New Roman"/>
          <w:sz w:val="24"/>
          <w:szCs w:val="24"/>
        </w:rPr>
      </w:pPr>
    </w:p>
    <w:p w14:paraId="68D1A034" w14:textId="77777777" w:rsidR="00086246" w:rsidRPr="00BA7DCC" w:rsidRDefault="00086246">
      <w:pPr>
        <w:rPr>
          <w:rFonts w:ascii="Times New Roman" w:hAnsi="Times New Roman" w:cs="Times New Roman"/>
          <w:sz w:val="24"/>
          <w:szCs w:val="24"/>
        </w:rPr>
      </w:pPr>
    </w:p>
    <w:p w14:paraId="75F59AB8" w14:textId="77777777" w:rsidR="00086246" w:rsidRPr="00BA7DCC" w:rsidRDefault="00086246">
      <w:pPr>
        <w:rPr>
          <w:rFonts w:ascii="Times New Roman" w:hAnsi="Times New Roman" w:cs="Times New Roman"/>
          <w:sz w:val="24"/>
          <w:szCs w:val="24"/>
        </w:rPr>
      </w:pPr>
    </w:p>
    <w:p w14:paraId="519997F9" w14:textId="77777777" w:rsidR="00086246" w:rsidRPr="00BA7DCC" w:rsidRDefault="00086246">
      <w:pPr>
        <w:rPr>
          <w:rFonts w:ascii="Times New Roman" w:hAnsi="Times New Roman" w:cs="Times New Roman"/>
          <w:sz w:val="24"/>
          <w:szCs w:val="24"/>
        </w:rPr>
      </w:pPr>
    </w:p>
    <w:p w14:paraId="0E499EA8" w14:textId="77777777" w:rsidR="00086246" w:rsidRPr="00BA7DCC" w:rsidRDefault="00086246">
      <w:pPr>
        <w:rPr>
          <w:rFonts w:ascii="Times New Roman" w:hAnsi="Times New Roman" w:cs="Times New Roman"/>
          <w:sz w:val="24"/>
          <w:szCs w:val="24"/>
        </w:rPr>
      </w:pPr>
    </w:p>
    <w:p w14:paraId="0893320D" w14:textId="77777777" w:rsidR="00086246" w:rsidRPr="00BA7DCC" w:rsidRDefault="00086246">
      <w:pPr>
        <w:rPr>
          <w:rFonts w:ascii="Times New Roman" w:hAnsi="Times New Roman" w:cs="Times New Roman"/>
          <w:sz w:val="24"/>
          <w:szCs w:val="24"/>
        </w:rPr>
      </w:pPr>
    </w:p>
    <w:p w14:paraId="52C617D8" w14:textId="77777777" w:rsidR="00086246" w:rsidRPr="00BA7DCC" w:rsidRDefault="00086246">
      <w:pPr>
        <w:rPr>
          <w:rFonts w:ascii="Times New Roman" w:hAnsi="Times New Roman" w:cs="Times New Roman"/>
          <w:sz w:val="24"/>
          <w:szCs w:val="24"/>
        </w:rPr>
      </w:pPr>
    </w:p>
    <w:p w14:paraId="16B7EB1B" w14:textId="77777777" w:rsidR="00086246" w:rsidRPr="00BA7DCC" w:rsidRDefault="00086246">
      <w:pPr>
        <w:rPr>
          <w:rFonts w:ascii="Times New Roman" w:hAnsi="Times New Roman" w:cs="Times New Roman"/>
          <w:sz w:val="24"/>
          <w:szCs w:val="24"/>
        </w:rPr>
      </w:pPr>
    </w:p>
    <w:p w14:paraId="62FA2AD5" w14:textId="77777777" w:rsidR="00086246" w:rsidRPr="00BA7DCC" w:rsidRDefault="00086246">
      <w:pPr>
        <w:rPr>
          <w:rFonts w:ascii="Times New Roman" w:hAnsi="Times New Roman" w:cs="Times New Roman"/>
          <w:sz w:val="24"/>
          <w:szCs w:val="24"/>
        </w:rPr>
      </w:pPr>
    </w:p>
    <w:p w14:paraId="607BF90D" w14:textId="77777777" w:rsidR="00086246" w:rsidRPr="00BA7DCC" w:rsidRDefault="00086246">
      <w:pPr>
        <w:rPr>
          <w:rFonts w:ascii="Times New Roman" w:hAnsi="Times New Roman" w:cs="Times New Roman"/>
          <w:sz w:val="24"/>
          <w:szCs w:val="24"/>
        </w:rPr>
      </w:pPr>
    </w:p>
    <w:p w14:paraId="3587EE5A" w14:textId="77777777" w:rsidR="00086246" w:rsidRPr="00BA7DCC" w:rsidRDefault="00086246">
      <w:pPr>
        <w:rPr>
          <w:rFonts w:ascii="Times New Roman" w:hAnsi="Times New Roman" w:cs="Times New Roman"/>
          <w:sz w:val="24"/>
          <w:szCs w:val="24"/>
        </w:rPr>
      </w:pPr>
    </w:p>
    <w:p w14:paraId="4CB085F0" w14:textId="77777777" w:rsidR="00086246" w:rsidRPr="00BA7DCC" w:rsidRDefault="00086246">
      <w:pPr>
        <w:rPr>
          <w:rFonts w:ascii="Times New Roman" w:hAnsi="Times New Roman" w:cs="Times New Roman"/>
          <w:sz w:val="24"/>
          <w:szCs w:val="24"/>
        </w:rPr>
      </w:pPr>
    </w:p>
    <w:p w14:paraId="0028C63E" w14:textId="77777777" w:rsidR="00086246" w:rsidRPr="00BA7DCC" w:rsidRDefault="00086246">
      <w:pPr>
        <w:rPr>
          <w:rFonts w:ascii="Times New Roman" w:hAnsi="Times New Roman" w:cs="Times New Roman"/>
          <w:sz w:val="24"/>
          <w:szCs w:val="24"/>
        </w:rPr>
      </w:pPr>
    </w:p>
    <w:p w14:paraId="6414E616" w14:textId="77777777" w:rsidR="00086246" w:rsidRPr="006B4164" w:rsidRDefault="00086246" w:rsidP="006B4164">
      <w:pPr>
        <w:pStyle w:val="Balk1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bookmarkStart w:id="4" w:name="_Toc194055945"/>
      <w:r w:rsidRPr="006B4164">
        <w:rPr>
          <w:rFonts w:ascii="Times New Roman" w:hAnsi="Times New Roman" w:cs="Times New Roman"/>
          <w:b/>
          <w:color w:val="000000" w:themeColor="text1"/>
          <w:sz w:val="24"/>
          <w:szCs w:val="24"/>
        </w:rPr>
        <w:lastRenderedPageBreak/>
        <w:t>ABSTRACT</w:t>
      </w:r>
      <w:bookmarkEnd w:id="4"/>
    </w:p>
    <w:p w14:paraId="506013D7" w14:textId="77777777" w:rsidR="00086246" w:rsidRPr="00BA7DCC" w:rsidRDefault="00086246" w:rsidP="00086246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631E9B7A" w14:textId="77777777" w:rsidR="00086246" w:rsidRPr="00BA7DCC" w:rsidRDefault="00086246" w:rsidP="00086246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2A5A04B7" w14:textId="77777777" w:rsidR="00086246" w:rsidRPr="00BA7DCC" w:rsidRDefault="00086246" w:rsidP="00086246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237DBBF3" w14:textId="77777777" w:rsidR="00086246" w:rsidRPr="00BA7DCC" w:rsidRDefault="00086246" w:rsidP="00086246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7C32D87D" w14:textId="77777777" w:rsidR="00086246" w:rsidRPr="00BA7DCC" w:rsidRDefault="00086246" w:rsidP="00086246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60526578" w14:textId="77777777" w:rsidR="00086246" w:rsidRPr="00BA7DCC" w:rsidRDefault="00086246" w:rsidP="00086246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5E5886A2" w14:textId="77777777" w:rsidR="00086246" w:rsidRPr="00BA7DCC" w:rsidRDefault="00086246" w:rsidP="00086246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66BE60D6" w14:textId="77777777" w:rsidR="00086246" w:rsidRPr="00BA7DCC" w:rsidRDefault="00086246" w:rsidP="00086246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008CE3D4" w14:textId="3054D055" w:rsidR="00086246" w:rsidRPr="00BA7DCC" w:rsidRDefault="00086246" w:rsidP="00086246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BA7DCC">
        <w:rPr>
          <w:rFonts w:ascii="Times New Roman" w:hAnsi="Times New Roman" w:cs="Times New Roman"/>
          <w:b/>
          <w:bCs/>
          <w:sz w:val="24"/>
          <w:szCs w:val="24"/>
        </w:rPr>
        <w:t xml:space="preserve">Keywords:  </w:t>
      </w:r>
    </w:p>
    <w:p w14:paraId="74DCFEEB" w14:textId="6CE304E0" w:rsidR="00086246" w:rsidRDefault="006E5028">
      <w:pPr>
        <w:rPr>
          <w:rFonts w:ascii="Times New Roman" w:hAnsi="Times New Roman" w:cs="Times New Roman"/>
          <w:sz w:val="24"/>
          <w:szCs w:val="24"/>
        </w:rPr>
      </w:pPr>
      <w:r w:rsidRPr="00BA7DCC">
        <w:rPr>
          <w:rFonts w:ascii="Times New Roman" w:hAnsi="Times New Roman" w:cs="Times New Roman"/>
          <w:sz w:val="24"/>
          <w:szCs w:val="24"/>
        </w:rPr>
        <w:br w:type="page"/>
      </w:r>
    </w:p>
    <w:p w14:paraId="5C3EF731" w14:textId="5652DBB2" w:rsidR="003674D3" w:rsidRPr="003674D3" w:rsidRDefault="003674D3" w:rsidP="003674D3">
      <w:pPr>
        <w:pStyle w:val="Balk1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bookmarkStart w:id="5" w:name="_Toc194055946"/>
      <w:r w:rsidRPr="003674D3">
        <w:rPr>
          <w:rFonts w:ascii="Times New Roman" w:hAnsi="Times New Roman" w:cs="Times New Roman"/>
          <w:b/>
          <w:color w:val="000000" w:themeColor="text1"/>
          <w:sz w:val="24"/>
          <w:szCs w:val="24"/>
        </w:rPr>
        <w:lastRenderedPageBreak/>
        <w:t>İÇİNDEKİLER</w:t>
      </w:r>
      <w:bookmarkEnd w:id="5"/>
    </w:p>
    <w:p w14:paraId="006C5059" w14:textId="3B876961" w:rsidR="003674D3" w:rsidRPr="00BA7DCC" w:rsidRDefault="003674D3">
      <w:pPr>
        <w:rPr>
          <w:rFonts w:ascii="Times New Roman" w:hAnsi="Times New Roman" w:cs="Times New Roman"/>
          <w:sz w:val="24"/>
          <w:szCs w:val="24"/>
        </w:rPr>
      </w:pPr>
    </w:p>
    <w:p w14:paraId="21BBA543" w14:textId="1EC8669C" w:rsidR="003674D3" w:rsidRDefault="008E3A05">
      <w:pPr>
        <w:pStyle w:val="T1"/>
        <w:tabs>
          <w:tab w:val="right" w:leader="dot" w:pos="9678"/>
        </w:tabs>
        <w:rPr>
          <w:rFonts w:eastAsiaTheme="minorEastAsia"/>
          <w:noProof/>
        </w:rPr>
      </w:pPr>
      <w:r w:rsidRPr="006B4164">
        <w:rPr>
          <w:rFonts w:ascii="Times New Roman" w:hAnsi="Times New Roman" w:cs="Times New Roman"/>
          <w:b/>
          <w:noProof/>
          <w:sz w:val="24"/>
          <w:szCs w:val="24"/>
        </w:rPr>
        <w:fldChar w:fldCharType="begin"/>
      </w:r>
      <w:r w:rsidRPr="006B4164">
        <w:rPr>
          <w:rFonts w:ascii="Times New Roman" w:hAnsi="Times New Roman" w:cs="Times New Roman"/>
          <w:sz w:val="24"/>
          <w:szCs w:val="24"/>
        </w:rPr>
        <w:instrText xml:space="preserve"> TOC \o "1-3" \h \z \u </w:instrText>
      </w:r>
      <w:r w:rsidRPr="006B4164">
        <w:rPr>
          <w:rFonts w:ascii="Times New Roman" w:hAnsi="Times New Roman" w:cs="Times New Roman"/>
          <w:b/>
          <w:noProof/>
          <w:sz w:val="24"/>
          <w:szCs w:val="24"/>
        </w:rPr>
        <w:fldChar w:fldCharType="separate"/>
      </w:r>
      <w:hyperlink w:anchor="_Toc194055943" w:history="1">
        <w:r w:rsidR="003674D3" w:rsidRPr="00803259">
          <w:rPr>
            <w:rStyle w:val="Kpr"/>
            <w:rFonts w:ascii="Times New Roman" w:hAnsi="Times New Roman" w:cs="Times New Roman"/>
            <w:b/>
            <w:noProof/>
          </w:rPr>
          <w:t>TEŞEKKÜR</w:t>
        </w:r>
        <w:r w:rsidR="003674D3">
          <w:rPr>
            <w:noProof/>
            <w:webHidden/>
          </w:rPr>
          <w:tab/>
        </w:r>
        <w:r w:rsidR="003674D3">
          <w:rPr>
            <w:noProof/>
            <w:webHidden/>
          </w:rPr>
          <w:fldChar w:fldCharType="begin"/>
        </w:r>
        <w:r w:rsidR="003674D3">
          <w:rPr>
            <w:noProof/>
            <w:webHidden/>
          </w:rPr>
          <w:instrText xml:space="preserve"> PAGEREF _Toc194055943 \h </w:instrText>
        </w:r>
        <w:r w:rsidR="003674D3">
          <w:rPr>
            <w:noProof/>
            <w:webHidden/>
          </w:rPr>
        </w:r>
        <w:r w:rsidR="003674D3">
          <w:rPr>
            <w:noProof/>
            <w:webHidden/>
          </w:rPr>
          <w:fldChar w:fldCharType="separate"/>
        </w:r>
        <w:r w:rsidR="003674D3">
          <w:rPr>
            <w:noProof/>
            <w:webHidden/>
          </w:rPr>
          <w:t>ii</w:t>
        </w:r>
        <w:r w:rsidR="003674D3">
          <w:rPr>
            <w:noProof/>
            <w:webHidden/>
          </w:rPr>
          <w:fldChar w:fldCharType="end"/>
        </w:r>
      </w:hyperlink>
    </w:p>
    <w:p w14:paraId="36BFC96B" w14:textId="7CC8E0E6" w:rsidR="003674D3" w:rsidRDefault="003674D3">
      <w:pPr>
        <w:pStyle w:val="T1"/>
        <w:tabs>
          <w:tab w:val="right" w:leader="dot" w:pos="9678"/>
        </w:tabs>
        <w:rPr>
          <w:rFonts w:eastAsiaTheme="minorEastAsia"/>
          <w:noProof/>
        </w:rPr>
      </w:pPr>
      <w:hyperlink w:anchor="_Toc194055944" w:history="1">
        <w:r w:rsidRPr="00803259">
          <w:rPr>
            <w:rStyle w:val="Kpr"/>
            <w:rFonts w:ascii="Times New Roman" w:hAnsi="Times New Roman" w:cs="Times New Roman"/>
            <w:b/>
            <w:noProof/>
          </w:rPr>
          <w:t>ÖZET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_Toc194055944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iii</w:t>
        </w:r>
        <w:r>
          <w:rPr>
            <w:noProof/>
            <w:webHidden/>
          </w:rPr>
          <w:fldChar w:fldCharType="end"/>
        </w:r>
      </w:hyperlink>
    </w:p>
    <w:p w14:paraId="769ED72F" w14:textId="3996F6ED" w:rsidR="003674D3" w:rsidRDefault="003674D3">
      <w:pPr>
        <w:pStyle w:val="T1"/>
        <w:tabs>
          <w:tab w:val="right" w:leader="dot" w:pos="9678"/>
        </w:tabs>
        <w:rPr>
          <w:rFonts w:eastAsiaTheme="minorEastAsia"/>
          <w:noProof/>
        </w:rPr>
      </w:pPr>
      <w:hyperlink w:anchor="_Toc194055945" w:history="1">
        <w:r w:rsidRPr="00803259">
          <w:rPr>
            <w:rStyle w:val="Kpr"/>
            <w:rFonts w:ascii="Times New Roman" w:hAnsi="Times New Roman" w:cs="Times New Roman"/>
            <w:b/>
            <w:noProof/>
          </w:rPr>
          <w:t>ABSTRACT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_Toc194055945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iv</w:t>
        </w:r>
        <w:r>
          <w:rPr>
            <w:noProof/>
            <w:webHidden/>
          </w:rPr>
          <w:fldChar w:fldCharType="end"/>
        </w:r>
      </w:hyperlink>
    </w:p>
    <w:p w14:paraId="46B22F58" w14:textId="451224C2" w:rsidR="003674D3" w:rsidRDefault="003674D3">
      <w:pPr>
        <w:pStyle w:val="T1"/>
        <w:tabs>
          <w:tab w:val="right" w:leader="dot" w:pos="9678"/>
        </w:tabs>
        <w:rPr>
          <w:rFonts w:eastAsiaTheme="minorEastAsia"/>
          <w:noProof/>
        </w:rPr>
      </w:pPr>
      <w:hyperlink w:anchor="_Toc194055946" w:history="1">
        <w:r w:rsidRPr="00803259">
          <w:rPr>
            <w:rStyle w:val="Kpr"/>
            <w:rFonts w:ascii="Times New Roman" w:hAnsi="Times New Roman" w:cs="Times New Roman"/>
            <w:b/>
            <w:noProof/>
          </w:rPr>
          <w:t>İÇİNDEKİLER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_Toc194055946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v</w:t>
        </w:r>
        <w:r>
          <w:rPr>
            <w:noProof/>
            <w:webHidden/>
          </w:rPr>
          <w:fldChar w:fldCharType="end"/>
        </w:r>
      </w:hyperlink>
    </w:p>
    <w:p w14:paraId="3CCF13D1" w14:textId="65041363" w:rsidR="003674D3" w:rsidRDefault="003674D3">
      <w:pPr>
        <w:pStyle w:val="T1"/>
        <w:tabs>
          <w:tab w:val="right" w:leader="dot" w:pos="9678"/>
        </w:tabs>
        <w:rPr>
          <w:rFonts w:eastAsiaTheme="minorEastAsia"/>
          <w:noProof/>
        </w:rPr>
      </w:pPr>
      <w:hyperlink w:anchor="_Toc194055947" w:history="1">
        <w:r w:rsidRPr="00803259">
          <w:rPr>
            <w:rStyle w:val="Kpr"/>
            <w:rFonts w:ascii="Times New Roman" w:hAnsi="Times New Roman" w:cs="Times New Roman"/>
            <w:b/>
            <w:noProof/>
          </w:rPr>
          <w:t>1. GİRİŞ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_Toc194055947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1</w:t>
        </w:r>
        <w:r>
          <w:rPr>
            <w:noProof/>
            <w:webHidden/>
          </w:rPr>
          <w:fldChar w:fldCharType="end"/>
        </w:r>
      </w:hyperlink>
    </w:p>
    <w:p w14:paraId="6F381263" w14:textId="5820D17D" w:rsidR="003674D3" w:rsidRDefault="003674D3">
      <w:pPr>
        <w:pStyle w:val="T1"/>
        <w:tabs>
          <w:tab w:val="right" w:leader="dot" w:pos="9678"/>
        </w:tabs>
        <w:rPr>
          <w:rFonts w:eastAsiaTheme="minorEastAsia"/>
          <w:noProof/>
        </w:rPr>
      </w:pPr>
      <w:hyperlink w:anchor="_Toc194055948" w:history="1">
        <w:r w:rsidRPr="00803259">
          <w:rPr>
            <w:rStyle w:val="Kpr"/>
            <w:rFonts w:ascii="Times New Roman" w:hAnsi="Times New Roman" w:cs="Times New Roman"/>
            <w:b/>
            <w:noProof/>
          </w:rPr>
          <w:t>2. YÖNTEM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_Toc194055948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2</w:t>
        </w:r>
        <w:r>
          <w:rPr>
            <w:noProof/>
            <w:webHidden/>
          </w:rPr>
          <w:fldChar w:fldCharType="end"/>
        </w:r>
      </w:hyperlink>
    </w:p>
    <w:p w14:paraId="55265B85" w14:textId="5454343C" w:rsidR="003674D3" w:rsidRDefault="003674D3">
      <w:pPr>
        <w:pStyle w:val="T1"/>
        <w:tabs>
          <w:tab w:val="right" w:leader="dot" w:pos="9678"/>
        </w:tabs>
        <w:rPr>
          <w:rFonts w:eastAsiaTheme="minorEastAsia"/>
          <w:noProof/>
        </w:rPr>
      </w:pPr>
      <w:hyperlink w:anchor="_Toc194055949" w:history="1">
        <w:r w:rsidRPr="00803259">
          <w:rPr>
            <w:rStyle w:val="Kpr"/>
            <w:rFonts w:ascii="Times New Roman" w:hAnsi="Times New Roman" w:cs="Times New Roman"/>
            <w:b/>
            <w:noProof/>
          </w:rPr>
          <w:t>3. BULGULAR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_Toc194055949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3</w:t>
        </w:r>
        <w:r>
          <w:rPr>
            <w:noProof/>
            <w:webHidden/>
          </w:rPr>
          <w:fldChar w:fldCharType="end"/>
        </w:r>
      </w:hyperlink>
    </w:p>
    <w:p w14:paraId="3B91EB63" w14:textId="2B3EF897" w:rsidR="003674D3" w:rsidRDefault="003674D3">
      <w:pPr>
        <w:pStyle w:val="T1"/>
        <w:tabs>
          <w:tab w:val="right" w:leader="dot" w:pos="9678"/>
        </w:tabs>
        <w:rPr>
          <w:rFonts w:eastAsiaTheme="minorEastAsia"/>
          <w:noProof/>
        </w:rPr>
      </w:pPr>
      <w:hyperlink w:anchor="_Toc194055950" w:history="1">
        <w:r w:rsidRPr="00803259">
          <w:rPr>
            <w:rStyle w:val="Kpr"/>
            <w:rFonts w:ascii="Times New Roman" w:hAnsi="Times New Roman" w:cs="Times New Roman"/>
            <w:b/>
            <w:noProof/>
          </w:rPr>
          <w:t>4. TARTIŞMA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_Toc194055950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4</w:t>
        </w:r>
        <w:r>
          <w:rPr>
            <w:noProof/>
            <w:webHidden/>
          </w:rPr>
          <w:fldChar w:fldCharType="end"/>
        </w:r>
      </w:hyperlink>
    </w:p>
    <w:p w14:paraId="68000848" w14:textId="276EEC5A" w:rsidR="003674D3" w:rsidRDefault="003674D3">
      <w:pPr>
        <w:pStyle w:val="T1"/>
        <w:tabs>
          <w:tab w:val="right" w:leader="dot" w:pos="9678"/>
        </w:tabs>
        <w:rPr>
          <w:rFonts w:eastAsiaTheme="minorEastAsia"/>
          <w:noProof/>
        </w:rPr>
      </w:pPr>
      <w:hyperlink w:anchor="_Toc194055951" w:history="1">
        <w:r w:rsidRPr="00803259">
          <w:rPr>
            <w:rStyle w:val="Kpr"/>
            <w:rFonts w:ascii="Times New Roman" w:hAnsi="Times New Roman" w:cs="Times New Roman"/>
            <w:b/>
            <w:noProof/>
          </w:rPr>
          <w:t>5. SONUÇ VE ÖNERİLER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_Toc194055951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5</w:t>
        </w:r>
        <w:r>
          <w:rPr>
            <w:noProof/>
            <w:webHidden/>
          </w:rPr>
          <w:fldChar w:fldCharType="end"/>
        </w:r>
      </w:hyperlink>
    </w:p>
    <w:p w14:paraId="644AB1C2" w14:textId="6928A5FF" w:rsidR="003674D3" w:rsidRDefault="003674D3">
      <w:pPr>
        <w:pStyle w:val="T1"/>
        <w:tabs>
          <w:tab w:val="right" w:leader="dot" w:pos="9678"/>
        </w:tabs>
        <w:rPr>
          <w:rFonts w:eastAsiaTheme="minorEastAsia"/>
          <w:noProof/>
        </w:rPr>
      </w:pPr>
      <w:hyperlink w:anchor="_Toc194055952" w:history="1">
        <w:r w:rsidRPr="00803259">
          <w:rPr>
            <w:rStyle w:val="Kpr"/>
            <w:rFonts w:ascii="Times New Roman" w:hAnsi="Times New Roman" w:cs="Times New Roman"/>
            <w:b/>
            <w:noProof/>
          </w:rPr>
          <w:t>KAYNAKLAR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_Toc194055952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6</w:t>
        </w:r>
        <w:r>
          <w:rPr>
            <w:noProof/>
            <w:webHidden/>
          </w:rPr>
          <w:fldChar w:fldCharType="end"/>
        </w:r>
      </w:hyperlink>
    </w:p>
    <w:p w14:paraId="20924621" w14:textId="5914BFAB" w:rsidR="003674D3" w:rsidRDefault="003674D3">
      <w:pPr>
        <w:pStyle w:val="T1"/>
        <w:tabs>
          <w:tab w:val="right" w:leader="dot" w:pos="9678"/>
        </w:tabs>
        <w:rPr>
          <w:rFonts w:eastAsiaTheme="minorEastAsia"/>
          <w:noProof/>
        </w:rPr>
      </w:pPr>
      <w:hyperlink w:anchor="_Toc194055953" w:history="1">
        <w:r w:rsidRPr="00803259">
          <w:rPr>
            <w:rStyle w:val="Kpr"/>
            <w:rFonts w:ascii="Times New Roman" w:hAnsi="Times New Roman" w:cs="Times New Roman"/>
            <w:b/>
            <w:noProof/>
          </w:rPr>
          <w:t>ÖZGEÇMİŞ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_Toc194055953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7</w:t>
        </w:r>
        <w:r>
          <w:rPr>
            <w:noProof/>
            <w:webHidden/>
          </w:rPr>
          <w:fldChar w:fldCharType="end"/>
        </w:r>
      </w:hyperlink>
    </w:p>
    <w:p w14:paraId="094E19CA" w14:textId="00F3BD8E" w:rsidR="008E3A05" w:rsidRDefault="008E3A05" w:rsidP="006B4164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6B4164">
        <w:rPr>
          <w:rFonts w:ascii="Times New Roman" w:hAnsi="Times New Roman" w:cs="Times New Roman"/>
          <w:sz w:val="24"/>
          <w:szCs w:val="24"/>
        </w:rPr>
        <w:fldChar w:fldCharType="end"/>
      </w:r>
    </w:p>
    <w:p w14:paraId="7EA6F670" w14:textId="1C53388B" w:rsidR="008E3A05" w:rsidRDefault="008E3A05" w:rsidP="008E3A05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14:paraId="3FACDA94" w14:textId="77777777" w:rsidR="008E3A05" w:rsidRPr="00BA7DCC" w:rsidRDefault="008E3A05" w:rsidP="008E3A05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14:paraId="6E9E3899" w14:textId="77777777" w:rsidR="0058316A" w:rsidRPr="00BA7DCC" w:rsidRDefault="009349BC">
      <w:pPr>
        <w:spacing w:after="200" w:line="276" w:lineRule="auto"/>
        <w:rPr>
          <w:rFonts w:ascii="Times New Roman" w:hAnsi="Times New Roman" w:cs="Times New Roman"/>
          <w:sz w:val="24"/>
          <w:szCs w:val="24"/>
        </w:rPr>
        <w:sectPr w:rsidR="0058316A" w:rsidRPr="00BA7DCC" w:rsidSect="00CF6E2E">
          <w:footerReference w:type="default" r:id="rId10"/>
          <w:pgSz w:w="12240" w:h="15840"/>
          <w:pgMar w:top="1418" w:right="1134" w:bottom="1134" w:left="1418" w:header="720" w:footer="720" w:gutter="0"/>
          <w:pgNumType w:fmt="lowerRoman" w:start="1"/>
          <w:cols w:space="720"/>
          <w:titlePg/>
          <w:docGrid w:linePitch="360"/>
        </w:sectPr>
      </w:pPr>
      <w:r w:rsidRPr="00BA7DCC">
        <w:rPr>
          <w:rFonts w:ascii="Times New Roman" w:hAnsi="Times New Roman" w:cs="Times New Roman"/>
          <w:sz w:val="24"/>
          <w:szCs w:val="24"/>
        </w:rPr>
        <w:br w:type="page"/>
      </w:r>
    </w:p>
    <w:p w14:paraId="175BA0DA" w14:textId="5559BC6B" w:rsidR="009349BC" w:rsidRPr="00BA7DCC" w:rsidRDefault="009349BC">
      <w:pPr>
        <w:spacing w:after="200" w:line="276" w:lineRule="auto"/>
        <w:rPr>
          <w:rFonts w:ascii="Times New Roman" w:hAnsi="Times New Roman" w:cs="Times New Roman"/>
          <w:sz w:val="24"/>
          <w:szCs w:val="24"/>
        </w:rPr>
      </w:pPr>
    </w:p>
    <w:p w14:paraId="4EC507C8" w14:textId="77777777" w:rsidR="003D44EF" w:rsidRPr="00BA7DCC" w:rsidRDefault="006E5028">
      <w:pPr>
        <w:pStyle w:val="Balk1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bookmarkStart w:id="6" w:name="_Toc194055947"/>
      <w:r w:rsidRPr="00BA7DCC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1. GİRİŞ</w:t>
      </w:r>
      <w:bookmarkEnd w:id="6"/>
    </w:p>
    <w:p w14:paraId="77C869EE" w14:textId="7A97980B" w:rsidR="003D44EF" w:rsidRPr="00BA7DCC" w:rsidRDefault="006E5028">
      <w:pPr>
        <w:rPr>
          <w:rFonts w:ascii="Times New Roman" w:hAnsi="Times New Roman" w:cs="Times New Roman"/>
          <w:sz w:val="24"/>
          <w:szCs w:val="24"/>
        </w:rPr>
      </w:pPr>
      <w:r w:rsidRPr="00BA7DCC">
        <w:rPr>
          <w:rFonts w:ascii="Times New Roman" w:hAnsi="Times New Roman" w:cs="Times New Roman"/>
          <w:sz w:val="24"/>
          <w:szCs w:val="24"/>
        </w:rPr>
        <w:t xml:space="preserve">Bu </w:t>
      </w:r>
      <w:proofErr w:type="spellStart"/>
      <w:r w:rsidRPr="00BA7DCC">
        <w:rPr>
          <w:rFonts w:ascii="Times New Roman" w:hAnsi="Times New Roman" w:cs="Times New Roman"/>
          <w:sz w:val="24"/>
          <w:szCs w:val="24"/>
        </w:rPr>
        <w:t>bölümde</w:t>
      </w:r>
      <w:proofErr w:type="spellEnd"/>
      <w:r w:rsidRPr="00BA7DCC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BA7DCC">
        <w:rPr>
          <w:rFonts w:ascii="Times New Roman" w:hAnsi="Times New Roman" w:cs="Times New Roman"/>
          <w:sz w:val="24"/>
          <w:szCs w:val="24"/>
        </w:rPr>
        <w:t>çalışmanın</w:t>
      </w:r>
      <w:proofErr w:type="spellEnd"/>
      <w:r w:rsidRPr="00BA7DC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A7DCC">
        <w:rPr>
          <w:rFonts w:ascii="Times New Roman" w:hAnsi="Times New Roman" w:cs="Times New Roman"/>
          <w:sz w:val="24"/>
          <w:szCs w:val="24"/>
        </w:rPr>
        <w:t>konusu</w:t>
      </w:r>
      <w:proofErr w:type="spellEnd"/>
      <w:r w:rsidRPr="00BA7DCC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BA7DCC">
        <w:rPr>
          <w:rFonts w:ascii="Times New Roman" w:hAnsi="Times New Roman" w:cs="Times New Roman"/>
          <w:sz w:val="24"/>
          <w:szCs w:val="24"/>
        </w:rPr>
        <w:t>amacı</w:t>
      </w:r>
      <w:proofErr w:type="spellEnd"/>
      <w:r w:rsidRPr="00BA7DCC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BA7DCC">
        <w:rPr>
          <w:rFonts w:ascii="Times New Roman" w:hAnsi="Times New Roman" w:cs="Times New Roman"/>
          <w:sz w:val="24"/>
          <w:szCs w:val="24"/>
        </w:rPr>
        <w:t>kapsamı</w:t>
      </w:r>
      <w:proofErr w:type="spellEnd"/>
      <w:r w:rsidRPr="00BA7DCC">
        <w:rPr>
          <w:rFonts w:ascii="Times New Roman" w:hAnsi="Times New Roman" w:cs="Times New Roman"/>
          <w:sz w:val="24"/>
          <w:szCs w:val="24"/>
        </w:rPr>
        <w:t xml:space="preserve"> ve </w:t>
      </w:r>
      <w:proofErr w:type="spellStart"/>
      <w:r w:rsidRPr="00BA7DCC">
        <w:rPr>
          <w:rFonts w:ascii="Times New Roman" w:hAnsi="Times New Roman" w:cs="Times New Roman"/>
          <w:sz w:val="24"/>
          <w:szCs w:val="24"/>
        </w:rPr>
        <w:t>önemi</w:t>
      </w:r>
      <w:proofErr w:type="spellEnd"/>
      <w:r w:rsidRPr="00BA7DC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F1D89" w:rsidRPr="00BA7DCC">
        <w:rPr>
          <w:rFonts w:ascii="Times New Roman" w:hAnsi="Times New Roman" w:cs="Times New Roman"/>
          <w:sz w:val="24"/>
          <w:szCs w:val="24"/>
        </w:rPr>
        <w:t>litertüre</w:t>
      </w:r>
      <w:proofErr w:type="spellEnd"/>
      <w:r w:rsidR="004F1D89" w:rsidRPr="00BA7DC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F1D89" w:rsidRPr="00BA7DCC">
        <w:rPr>
          <w:rFonts w:ascii="Times New Roman" w:hAnsi="Times New Roman" w:cs="Times New Roman"/>
          <w:sz w:val="24"/>
          <w:szCs w:val="24"/>
        </w:rPr>
        <w:t>atıft</w:t>
      </w:r>
      <w:proofErr w:type="spellEnd"/>
      <w:r w:rsidR="004F1D89" w:rsidRPr="00BA7DC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F1D89" w:rsidRPr="00BA7DCC">
        <w:rPr>
          <w:rFonts w:ascii="Times New Roman" w:hAnsi="Times New Roman" w:cs="Times New Roman"/>
          <w:sz w:val="24"/>
          <w:szCs w:val="24"/>
        </w:rPr>
        <w:t>bulunarak</w:t>
      </w:r>
      <w:proofErr w:type="spellEnd"/>
      <w:r w:rsidR="004F1D89" w:rsidRPr="00BA7DC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A7DCC">
        <w:rPr>
          <w:rFonts w:ascii="Times New Roman" w:hAnsi="Times New Roman" w:cs="Times New Roman"/>
          <w:sz w:val="24"/>
          <w:szCs w:val="24"/>
        </w:rPr>
        <w:t>anlatılacaktır</w:t>
      </w:r>
      <w:proofErr w:type="spellEnd"/>
      <w:r w:rsidRPr="00BA7DCC">
        <w:rPr>
          <w:rFonts w:ascii="Times New Roman" w:hAnsi="Times New Roman" w:cs="Times New Roman"/>
          <w:sz w:val="24"/>
          <w:szCs w:val="24"/>
        </w:rPr>
        <w:t>.</w:t>
      </w:r>
    </w:p>
    <w:p w14:paraId="5E94CD57" w14:textId="77777777" w:rsidR="003D44EF" w:rsidRPr="00BA7DCC" w:rsidRDefault="006E5028">
      <w:pPr>
        <w:rPr>
          <w:rFonts w:ascii="Times New Roman" w:hAnsi="Times New Roman" w:cs="Times New Roman"/>
          <w:sz w:val="24"/>
          <w:szCs w:val="24"/>
        </w:rPr>
      </w:pPr>
      <w:r w:rsidRPr="00BA7DCC">
        <w:rPr>
          <w:rFonts w:ascii="Times New Roman" w:hAnsi="Times New Roman" w:cs="Times New Roman"/>
          <w:sz w:val="24"/>
          <w:szCs w:val="24"/>
        </w:rPr>
        <w:br w:type="page"/>
      </w:r>
    </w:p>
    <w:p w14:paraId="0D966271" w14:textId="77777777" w:rsidR="003D44EF" w:rsidRPr="00BA7DCC" w:rsidRDefault="006E5028">
      <w:pPr>
        <w:pStyle w:val="Balk1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bookmarkStart w:id="7" w:name="_Toc194055948"/>
      <w:r w:rsidRPr="00BA7DCC">
        <w:rPr>
          <w:rFonts w:ascii="Times New Roman" w:hAnsi="Times New Roman" w:cs="Times New Roman"/>
          <w:b/>
          <w:color w:val="000000" w:themeColor="text1"/>
          <w:sz w:val="24"/>
          <w:szCs w:val="24"/>
        </w:rPr>
        <w:lastRenderedPageBreak/>
        <w:t>2. YÖNTEM</w:t>
      </w:r>
      <w:bookmarkEnd w:id="7"/>
    </w:p>
    <w:p w14:paraId="5D4B48BD" w14:textId="77777777" w:rsidR="003D44EF" w:rsidRPr="00BA7DCC" w:rsidRDefault="006E5028">
      <w:pPr>
        <w:rPr>
          <w:rFonts w:ascii="Times New Roman" w:hAnsi="Times New Roman" w:cs="Times New Roman"/>
          <w:sz w:val="24"/>
          <w:szCs w:val="24"/>
        </w:rPr>
      </w:pPr>
      <w:r w:rsidRPr="00BA7DCC">
        <w:rPr>
          <w:rFonts w:ascii="Times New Roman" w:hAnsi="Times New Roman" w:cs="Times New Roman"/>
          <w:sz w:val="24"/>
          <w:szCs w:val="24"/>
        </w:rPr>
        <w:t xml:space="preserve">Bu </w:t>
      </w:r>
      <w:proofErr w:type="spellStart"/>
      <w:r w:rsidRPr="00BA7DCC">
        <w:rPr>
          <w:rFonts w:ascii="Times New Roman" w:hAnsi="Times New Roman" w:cs="Times New Roman"/>
          <w:sz w:val="24"/>
          <w:szCs w:val="24"/>
        </w:rPr>
        <w:t>bölümde</w:t>
      </w:r>
      <w:proofErr w:type="spellEnd"/>
      <w:r w:rsidRPr="00BA7DCC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BA7DCC">
        <w:rPr>
          <w:rFonts w:ascii="Times New Roman" w:hAnsi="Times New Roman" w:cs="Times New Roman"/>
          <w:sz w:val="24"/>
          <w:szCs w:val="24"/>
        </w:rPr>
        <w:t>çalışmada</w:t>
      </w:r>
      <w:proofErr w:type="spellEnd"/>
      <w:r w:rsidRPr="00BA7DC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A7DCC">
        <w:rPr>
          <w:rFonts w:ascii="Times New Roman" w:hAnsi="Times New Roman" w:cs="Times New Roman"/>
          <w:sz w:val="24"/>
          <w:szCs w:val="24"/>
        </w:rPr>
        <w:t>kullanılan</w:t>
      </w:r>
      <w:proofErr w:type="spellEnd"/>
      <w:r w:rsidRPr="00BA7DC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A7DCC">
        <w:rPr>
          <w:rFonts w:ascii="Times New Roman" w:hAnsi="Times New Roman" w:cs="Times New Roman"/>
          <w:sz w:val="24"/>
          <w:szCs w:val="24"/>
        </w:rPr>
        <w:t>yöntem</w:t>
      </w:r>
      <w:proofErr w:type="spellEnd"/>
      <w:r w:rsidRPr="00BA7DCC">
        <w:rPr>
          <w:rFonts w:ascii="Times New Roman" w:hAnsi="Times New Roman" w:cs="Times New Roman"/>
          <w:sz w:val="24"/>
          <w:szCs w:val="24"/>
        </w:rPr>
        <w:t xml:space="preserve"> ve </w:t>
      </w:r>
      <w:proofErr w:type="spellStart"/>
      <w:r w:rsidRPr="00BA7DCC">
        <w:rPr>
          <w:rFonts w:ascii="Times New Roman" w:hAnsi="Times New Roman" w:cs="Times New Roman"/>
          <w:sz w:val="24"/>
          <w:szCs w:val="24"/>
        </w:rPr>
        <w:t>teknikler</w:t>
      </w:r>
      <w:proofErr w:type="spellEnd"/>
      <w:r w:rsidRPr="00BA7DC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A7DCC">
        <w:rPr>
          <w:rFonts w:ascii="Times New Roman" w:hAnsi="Times New Roman" w:cs="Times New Roman"/>
          <w:sz w:val="24"/>
          <w:szCs w:val="24"/>
        </w:rPr>
        <w:t>açıklanacaktır</w:t>
      </w:r>
      <w:proofErr w:type="spellEnd"/>
      <w:r w:rsidRPr="00BA7DCC">
        <w:rPr>
          <w:rFonts w:ascii="Times New Roman" w:hAnsi="Times New Roman" w:cs="Times New Roman"/>
          <w:sz w:val="24"/>
          <w:szCs w:val="24"/>
        </w:rPr>
        <w:t>.</w:t>
      </w:r>
    </w:p>
    <w:p w14:paraId="2C3263A3" w14:textId="77777777" w:rsidR="003D44EF" w:rsidRPr="00BA7DCC" w:rsidRDefault="006E5028">
      <w:pPr>
        <w:rPr>
          <w:rFonts w:ascii="Times New Roman" w:hAnsi="Times New Roman" w:cs="Times New Roman"/>
          <w:sz w:val="24"/>
          <w:szCs w:val="24"/>
        </w:rPr>
      </w:pPr>
      <w:r w:rsidRPr="00BA7DCC">
        <w:rPr>
          <w:rFonts w:ascii="Times New Roman" w:hAnsi="Times New Roman" w:cs="Times New Roman"/>
          <w:sz w:val="24"/>
          <w:szCs w:val="24"/>
        </w:rPr>
        <w:br w:type="page"/>
      </w:r>
    </w:p>
    <w:p w14:paraId="24252A0D" w14:textId="77777777" w:rsidR="003D44EF" w:rsidRPr="00BA7DCC" w:rsidRDefault="006E5028">
      <w:pPr>
        <w:pStyle w:val="Balk1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bookmarkStart w:id="8" w:name="_Toc194055949"/>
      <w:r w:rsidRPr="00BA7DCC">
        <w:rPr>
          <w:rFonts w:ascii="Times New Roman" w:hAnsi="Times New Roman" w:cs="Times New Roman"/>
          <w:b/>
          <w:color w:val="000000" w:themeColor="text1"/>
          <w:sz w:val="24"/>
          <w:szCs w:val="24"/>
        </w:rPr>
        <w:lastRenderedPageBreak/>
        <w:t>3. BULGULAR</w:t>
      </w:r>
      <w:bookmarkEnd w:id="8"/>
    </w:p>
    <w:p w14:paraId="40CAF34A" w14:textId="77777777" w:rsidR="003D44EF" w:rsidRPr="00BA7DCC" w:rsidRDefault="006E5028">
      <w:pPr>
        <w:rPr>
          <w:rFonts w:ascii="Times New Roman" w:hAnsi="Times New Roman" w:cs="Times New Roman"/>
          <w:sz w:val="24"/>
          <w:szCs w:val="24"/>
        </w:rPr>
      </w:pPr>
      <w:r w:rsidRPr="00BA7DCC">
        <w:rPr>
          <w:rFonts w:ascii="Times New Roman" w:hAnsi="Times New Roman" w:cs="Times New Roman"/>
          <w:sz w:val="24"/>
          <w:szCs w:val="24"/>
        </w:rPr>
        <w:t xml:space="preserve">Bu </w:t>
      </w:r>
      <w:proofErr w:type="spellStart"/>
      <w:r w:rsidRPr="00BA7DCC">
        <w:rPr>
          <w:rFonts w:ascii="Times New Roman" w:hAnsi="Times New Roman" w:cs="Times New Roman"/>
          <w:sz w:val="24"/>
          <w:szCs w:val="24"/>
        </w:rPr>
        <w:t>bölümde</w:t>
      </w:r>
      <w:proofErr w:type="spellEnd"/>
      <w:r w:rsidRPr="00BA7DCC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BA7DCC">
        <w:rPr>
          <w:rFonts w:ascii="Times New Roman" w:hAnsi="Times New Roman" w:cs="Times New Roman"/>
          <w:sz w:val="24"/>
          <w:szCs w:val="24"/>
        </w:rPr>
        <w:t>araştırmada</w:t>
      </w:r>
      <w:proofErr w:type="spellEnd"/>
      <w:r w:rsidRPr="00BA7DC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A7DCC">
        <w:rPr>
          <w:rFonts w:ascii="Times New Roman" w:hAnsi="Times New Roman" w:cs="Times New Roman"/>
          <w:sz w:val="24"/>
          <w:szCs w:val="24"/>
        </w:rPr>
        <w:t>elde</w:t>
      </w:r>
      <w:proofErr w:type="spellEnd"/>
      <w:r w:rsidRPr="00BA7DC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A7DCC">
        <w:rPr>
          <w:rFonts w:ascii="Times New Roman" w:hAnsi="Times New Roman" w:cs="Times New Roman"/>
          <w:sz w:val="24"/>
          <w:szCs w:val="24"/>
        </w:rPr>
        <w:t>edilen</w:t>
      </w:r>
      <w:proofErr w:type="spellEnd"/>
      <w:r w:rsidRPr="00BA7DC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A7DCC">
        <w:rPr>
          <w:rFonts w:ascii="Times New Roman" w:hAnsi="Times New Roman" w:cs="Times New Roman"/>
          <w:sz w:val="24"/>
          <w:szCs w:val="24"/>
        </w:rPr>
        <w:t>bulgular</w:t>
      </w:r>
      <w:proofErr w:type="spellEnd"/>
      <w:r w:rsidRPr="00BA7DC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A7DCC">
        <w:rPr>
          <w:rFonts w:ascii="Times New Roman" w:hAnsi="Times New Roman" w:cs="Times New Roman"/>
          <w:sz w:val="24"/>
          <w:szCs w:val="24"/>
        </w:rPr>
        <w:t>sunulacaktır</w:t>
      </w:r>
      <w:proofErr w:type="spellEnd"/>
      <w:r w:rsidRPr="00BA7DCC">
        <w:rPr>
          <w:rFonts w:ascii="Times New Roman" w:hAnsi="Times New Roman" w:cs="Times New Roman"/>
          <w:sz w:val="24"/>
          <w:szCs w:val="24"/>
        </w:rPr>
        <w:t>.</w:t>
      </w:r>
    </w:p>
    <w:p w14:paraId="44E42B0F" w14:textId="77777777" w:rsidR="003D44EF" w:rsidRPr="00BA7DCC" w:rsidRDefault="006E5028">
      <w:pPr>
        <w:rPr>
          <w:rFonts w:ascii="Times New Roman" w:hAnsi="Times New Roman" w:cs="Times New Roman"/>
          <w:sz w:val="24"/>
          <w:szCs w:val="24"/>
        </w:rPr>
      </w:pPr>
      <w:r w:rsidRPr="00BA7DCC">
        <w:rPr>
          <w:rFonts w:ascii="Times New Roman" w:hAnsi="Times New Roman" w:cs="Times New Roman"/>
          <w:sz w:val="24"/>
          <w:szCs w:val="24"/>
        </w:rPr>
        <w:br w:type="page"/>
      </w:r>
    </w:p>
    <w:p w14:paraId="0054BBBD" w14:textId="77777777" w:rsidR="003D44EF" w:rsidRPr="00BA7DCC" w:rsidRDefault="006E5028">
      <w:pPr>
        <w:pStyle w:val="Balk1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bookmarkStart w:id="9" w:name="_Toc194055950"/>
      <w:r w:rsidRPr="00BA7DCC">
        <w:rPr>
          <w:rFonts w:ascii="Times New Roman" w:hAnsi="Times New Roman" w:cs="Times New Roman"/>
          <w:b/>
          <w:color w:val="000000" w:themeColor="text1"/>
          <w:sz w:val="24"/>
          <w:szCs w:val="24"/>
        </w:rPr>
        <w:lastRenderedPageBreak/>
        <w:t>4. TARTIŞMA</w:t>
      </w:r>
      <w:bookmarkEnd w:id="9"/>
    </w:p>
    <w:p w14:paraId="4DB2FA9B" w14:textId="77777777" w:rsidR="003D44EF" w:rsidRPr="00BA7DCC" w:rsidRDefault="006E5028">
      <w:pPr>
        <w:rPr>
          <w:rFonts w:ascii="Times New Roman" w:hAnsi="Times New Roman" w:cs="Times New Roman"/>
          <w:sz w:val="24"/>
          <w:szCs w:val="24"/>
        </w:rPr>
      </w:pPr>
      <w:r w:rsidRPr="00BA7DCC">
        <w:rPr>
          <w:rFonts w:ascii="Times New Roman" w:hAnsi="Times New Roman" w:cs="Times New Roman"/>
          <w:sz w:val="24"/>
          <w:szCs w:val="24"/>
        </w:rPr>
        <w:t xml:space="preserve">Bu </w:t>
      </w:r>
      <w:proofErr w:type="spellStart"/>
      <w:r w:rsidRPr="00BA7DCC">
        <w:rPr>
          <w:rFonts w:ascii="Times New Roman" w:hAnsi="Times New Roman" w:cs="Times New Roman"/>
          <w:sz w:val="24"/>
          <w:szCs w:val="24"/>
        </w:rPr>
        <w:t>bölümde</w:t>
      </w:r>
      <w:proofErr w:type="spellEnd"/>
      <w:r w:rsidRPr="00BA7DCC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BA7DCC">
        <w:rPr>
          <w:rFonts w:ascii="Times New Roman" w:hAnsi="Times New Roman" w:cs="Times New Roman"/>
          <w:sz w:val="24"/>
          <w:szCs w:val="24"/>
        </w:rPr>
        <w:t>bulguların</w:t>
      </w:r>
      <w:proofErr w:type="spellEnd"/>
      <w:r w:rsidRPr="00BA7DC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A7DCC">
        <w:rPr>
          <w:rFonts w:ascii="Times New Roman" w:hAnsi="Times New Roman" w:cs="Times New Roman"/>
          <w:sz w:val="24"/>
          <w:szCs w:val="24"/>
        </w:rPr>
        <w:t>değerlendirilmesi</w:t>
      </w:r>
      <w:proofErr w:type="spellEnd"/>
      <w:r w:rsidRPr="00BA7DCC">
        <w:rPr>
          <w:rFonts w:ascii="Times New Roman" w:hAnsi="Times New Roman" w:cs="Times New Roman"/>
          <w:sz w:val="24"/>
          <w:szCs w:val="24"/>
        </w:rPr>
        <w:t xml:space="preserve"> ve </w:t>
      </w:r>
      <w:proofErr w:type="spellStart"/>
      <w:r w:rsidRPr="00BA7DCC">
        <w:rPr>
          <w:rFonts w:ascii="Times New Roman" w:hAnsi="Times New Roman" w:cs="Times New Roman"/>
          <w:sz w:val="24"/>
          <w:szCs w:val="24"/>
        </w:rPr>
        <w:t>literatürle</w:t>
      </w:r>
      <w:proofErr w:type="spellEnd"/>
      <w:r w:rsidRPr="00BA7DC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A7DCC">
        <w:rPr>
          <w:rFonts w:ascii="Times New Roman" w:hAnsi="Times New Roman" w:cs="Times New Roman"/>
          <w:sz w:val="24"/>
          <w:szCs w:val="24"/>
        </w:rPr>
        <w:t>karşılaştırılması</w:t>
      </w:r>
      <w:proofErr w:type="spellEnd"/>
      <w:r w:rsidRPr="00BA7DC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A7DCC">
        <w:rPr>
          <w:rFonts w:ascii="Times New Roman" w:hAnsi="Times New Roman" w:cs="Times New Roman"/>
          <w:sz w:val="24"/>
          <w:szCs w:val="24"/>
        </w:rPr>
        <w:t>yapılacaktır</w:t>
      </w:r>
      <w:proofErr w:type="spellEnd"/>
      <w:r w:rsidRPr="00BA7DCC">
        <w:rPr>
          <w:rFonts w:ascii="Times New Roman" w:hAnsi="Times New Roman" w:cs="Times New Roman"/>
          <w:sz w:val="24"/>
          <w:szCs w:val="24"/>
        </w:rPr>
        <w:t>.</w:t>
      </w:r>
    </w:p>
    <w:p w14:paraId="6644E7F2" w14:textId="77777777" w:rsidR="003D44EF" w:rsidRPr="00BA7DCC" w:rsidRDefault="006E5028">
      <w:pPr>
        <w:rPr>
          <w:rFonts w:ascii="Times New Roman" w:hAnsi="Times New Roman" w:cs="Times New Roman"/>
          <w:sz w:val="24"/>
          <w:szCs w:val="24"/>
        </w:rPr>
      </w:pPr>
      <w:r w:rsidRPr="00BA7DCC">
        <w:rPr>
          <w:rFonts w:ascii="Times New Roman" w:hAnsi="Times New Roman" w:cs="Times New Roman"/>
          <w:sz w:val="24"/>
          <w:szCs w:val="24"/>
        </w:rPr>
        <w:br w:type="page"/>
      </w:r>
    </w:p>
    <w:p w14:paraId="7C831CC1" w14:textId="77777777" w:rsidR="003D44EF" w:rsidRPr="00BA7DCC" w:rsidRDefault="006E5028">
      <w:pPr>
        <w:pStyle w:val="Balk1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bookmarkStart w:id="10" w:name="_Toc194055951"/>
      <w:r w:rsidRPr="00BA7DCC">
        <w:rPr>
          <w:rFonts w:ascii="Times New Roman" w:hAnsi="Times New Roman" w:cs="Times New Roman"/>
          <w:b/>
          <w:color w:val="000000" w:themeColor="text1"/>
          <w:sz w:val="24"/>
          <w:szCs w:val="24"/>
        </w:rPr>
        <w:lastRenderedPageBreak/>
        <w:t>5. SONUÇ VE ÖNERİLER</w:t>
      </w:r>
      <w:bookmarkEnd w:id="10"/>
    </w:p>
    <w:p w14:paraId="4CF32341" w14:textId="77777777" w:rsidR="003D44EF" w:rsidRPr="00BA7DCC" w:rsidRDefault="006E5028">
      <w:pPr>
        <w:rPr>
          <w:rFonts w:ascii="Times New Roman" w:hAnsi="Times New Roman" w:cs="Times New Roman"/>
          <w:sz w:val="24"/>
          <w:szCs w:val="24"/>
        </w:rPr>
      </w:pPr>
      <w:r w:rsidRPr="00BA7DCC">
        <w:rPr>
          <w:rFonts w:ascii="Times New Roman" w:hAnsi="Times New Roman" w:cs="Times New Roman"/>
          <w:sz w:val="24"/>
          <w:szCs w:val="24"/>
        </w:rPr>
        <w:t xml:space="preserve">Bu </w:t>
      </w:r>
      <w:proofErr w:type="spellStart"/>
      <w:r w:rsidRPr="00BA7DCC">
        <w:rPr>
          <w:rFonts w:ascii="Times New Roman" w:hAnsi="Times New Roman" w:cs="Times New Roman"/>
          <w:sz w:val="24"/>
          <w:szCs w:val="24"/>
        </w:rPr>
        <w:t>bölümde</w:t>
      </w:r>
      <w:proofErr w:type="spellEnd"/>
      <w:r w:rsidRPr="00BA7DCC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BA7DCC">
        <w:rPr>
          <w:rFonts w:ascii="Times New Roman" w:hAnsi="Times New Roman" w:cs="Times New Roman"/>
          <w:sz w:val="24"/>
          <w:szCs w:val="24"/>
        </w:rPr>
        <w:t>çalışmanın</w:t>
      </w:r>
      <w:proofErr w:type="spellEnd"/>
      <w:r w:rsidRPr="00BA7DC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A7DCC">
        <w:rPr>
          <w:rFonts w:ascii="Times New Roman" w:hAnsi="Times New Roman" w:cs="Times New Roman"/>
          <w:sz w:val="24"/>
          <w:szCs w:val="24"/>
        </w:rPr>
        <w:t>sonuçları</w:t>
      </w:r>
      <w:proofErr w:type="spellEnd"/>
      <w:r w:rsidRPr="00BA7DCC">
        <w:rPr>
          <w:rFonts w:ascii="Times New Roman" w:hAnsi="Times New Roman" w:cs="Times New Roman"/>
          <w:sz w:val="24"/>
          <w:szCs w:val="24"/>
        </w:rPr>
        <w:t xml:space="preserve"> ve </w:t>
      </w:r>
      <w:proofErr w:type="spellStart"/>
      <w:r w:rsidRPr="00BA7DCC">
        <w:rPr>
          <w:rFonts w:ascii="Times New Roman" w:hAnsi="Times New Roman" w:cs="Times New Roman"/>
          <w:sz w:val="24"/>
          <w:szCs w:val="24"/>
        </w:rPr>
        <w:t>öneriler</w:t>
      </w:r>
      <w:proofErr w:type="spellEnd"/>
      <w:r w:rsidRPr="00BA7DC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A7DCC">
        <w:rPr>
          <w:rFonts w:ascii="Times New Roman" w:hAnsi="Times New Roman" w:cs="Times New Roman"/>
          <w:sz w:val="24"/>
          <w:szCs w:val="24"/>
        </w:rPr>
        <w:t>yer</w:t>
      </w:r>
      <w:proofErr w:type="spellEnd"/>
      <w:r w:rsidRPr="00BA7DC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A7DCC">
        <w:rPr>
          <w:rFonts w:ascii="Times New Roman" w:hAnsi="Times New Roman" w:cs="Times New Roman"/>
          <w:sz w:val="24"/>
          <w:szCs w:val="24"/>
        </w:rPr>
        <w:t>alacaktır</w:t>
      </w:r>
      <w:proofErr w:type="spellEnd"/>
      <w:r w:rsidRPr="00BA7DCC">
        <w:rPr>
          <w:rFonts w:ascii="Times New Roman" w:hAnsi="Times New Roman" w:cs="Times New Roman"/>
          <w:sz w:val="24"/>
          <w:szCs w:val="24"/>
        </w:rPr>
        <w:t>.</w:t>
      </w:r>
    </w:p>
    <w:p w14:paraId="269C5A4B" w14:textId="77777777" w:rsidR="003D44EF" w:rsidRPr="00BA7DCC" w:rsidRDefault="006E5028">
      <w:pPr>
        <w:rPr>
          <w:rFonts w:ascii="Times New Roman" w:hAnsi="Times New Roman" w:cs="Times New Roman"/>
          <w:sz w:val="24"/>
          <w:szCs w:val="24"/>
        </w:rPr>
      </w:pPr>
      <w:r w:rsidRPr="00BA7DCC">
        <w:rPr>
          <w:rFonts w:ascii="Times New Roman" w:hAnsi="Times New Roman" w:cs="Times New Roman"/>
          <w:sz w:val="24"/>
          <w:szCs w:val="24"/>
        </w:rPr>
        <w:br w:type="page"/>
      </w:r>
    </w:p>
    <w:p w14:paraId="5740B561" w14:textId="77777777" w:rsidR="003D44EF" w:rsidRPr="00BA7DCC" w:rsidRDefault="006E5028">
      <w:pPr>
        <w:pStyle w:val="Balk1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bookmarkStart w:id="11" w:name="_Toc194055952"/>
      <w:r w:rsidRPr="00BA7DCC">
        <w:rPr>
          <w:rFonts w:ascii="Times New Roman" w:hAnsi="Times New Roman" w:cs="Times New Roman"/>
          <w:b/>
          <w:color w:val="000000" w:themeColor="text1"/>
          <w:sz w:val="24"/>
          <w:szCs w:val="24"/>
        </w:rPr>
        <w:lastRenderedPageBreak/>
        <w:t>KAYNAKLAR</w:t>
      </w:r>
      <w:bookmarkEnd w:id="11"/>
    </w:p>
    <w:p w14:paraId="5F87E66D" w14:textId="77777777" w:rsidR="005E6D79" w:rsidRPr="00BA7DCC" w:rsidRDefault="005E6D79" w:rsidP="005E6D79">
      <w:pPr>
        <w:rPr>
          <w:rFonts w:ascii="Times New Roman" w:hAnsi="Times New Roman" w:cs="Times New Roman"/>
          <w:sz w:val="24"/>
          <w:szCs w:val="24"/>
        </w:rPr>
      </w:pPr>
    </w:p>
    <w:p w14:paraId="3D1BD8DE" w14:textId="5C8AEE7C" w:rsidR="005E6D79" w:rsidRPr="00BA7DCC" w:rsidRDefault="005E6D79" w:rsidP="005E6D79">
      <w:pPr>
        <w:rPr>
          <w:rFonts w:ascii="Times New Roman" w:hAnsi="Times New Roman" w:cs="Times New Roman"/>
          <w:sz w:val="24"/>
          <w:szCs w:val="24"/>
        </w:rPr>
      </w:pPr>
    </w:p>
    <w:p w14:paraId="58EC0268" w14:textId="1A4EA49C" w:rsidR="00621B4B" w:rsidRPr="00BA7DCC" w:rsidRDefault="00621B4B" w:rsidP="005E6D79">
      <w:pPr>
        <w:rPr>
          <w:rFonts w:ascii="Times New Roman" w:hAnsi="Times New Roman" w:cs="Times New Roman"/>
          <w:sz w:val="24"/>
          <w:szCs w:val="24"/>
        </w:rPr>
      </w:pPr>
    </w:p>
    <w:p w14:paraId="560DB6E8" w14:textId="240C8E5B" w:rsidR="00621B4B" w:rsidRPr="00BA7DCC" w:rsidRDefault="00621B4B" w:rsidP="005E6D79">
      <w:pPr>
        <w:rPr>
          <w:rFonts w:ascii="Times New Roman" w:hAnsi="Times New Roman" w:cs="Times New Roman"/>
          <w:sz w:val="24"/>
          <w:szCs w:val="24"/>
        </w:rPr>
      </w:pPr>
    </w:p>
    <w:p w14:paraId="10BDFFCB" w14:textId="1E6C6887" w:rsidR="00621B4B" w:rsidRPr="00BA7DCC" w:rsidRDefault="00621B4B" w:rsidP="005E6D79">
      <w:pPr>
        <w:rPr>
          <w:rFonts w:ascii="Times New Roman" w:hAnsi="Times New Roman" w:cs="Times New Roman"/>
          <w:sz w:val="24"/>
          <w:szCs w:val="24"/>
        </w:rPr>
      </w:pPr>
    </w:p>
    <w:p w14:paraId="3FF2B2B3" w14:textId="69107B76" w:rsidR="00621B4B" w:rsidRPr="00BA7DCC" w:rsidRDefault="00621B4B" w:rsidP="005E6D79">
      <w:pPr>
        <w:rPr>
          <w:rFonts w:ascii="Times New Roman" w:hAnsi="Times New Roman" w:cs="Times New Roman"/>
          <w:sz w:val="24"/>
          <w:szCs w:val="24"/>
        </w:rPr>
      </w:pPr>
    </w:p>
    <w:p w14:paraId="385D46D8" w14:textId="5645E417" w:rsidR="00621B4B" w:rsidRPr="00BA7DCC" w:rsidRDefault="00621B4B" w:rsidP="005E6D79">
      <w:pPr>
        <w:rPr>
          <w:rFonts w:ascii="Times New Roman" w:hAnsi="Times New Roman" w:cs="Times New Roman"/>
          <w:sz w:val="24"/>
          <w:szCs w:val="24"/>
        </w:rPr>
      </w:pPr>
    </w:p>
    <w:p w14:paraId="524C1B53" w14:textId="00B02B4B" w:rsidR="00621B4B" w:rsidRPr="00BA7DCC" w:rsidRDefault="00621B4B" w:rsidP="005E6D79">
      <w:pPr>
        <w:rPr>
          <w:rFonts w:ascii="Times New Roman" w:hAnsi="Times New Roman" w:cs="Times New Roman"/>
          <w:sz w:val="24"/>
          <w:szCs w:val="24"/>
        </w:rPr>
      </w:pPr>
    </w:p>
    <w:p w14:paraId="01797B6C" w14:textId="15808F76" w:rsidR="00621B4B" w:rsidRPr="00BA7DCC" w:rsidRDefault="00621B4B" w:rsidP="005E6D79">
      <w:pPr>
        <w:rPr>
          <w:rFonts w:ascii="Times New Roman" w:hAnsi="Times New Roman" w:cs="Times New Roman"/>
          <w:sz w:val="24"/>
          <w:szCs w:val="24"/>
        </w:rPr>
      </w:pPr>
    </w:p>
    <w:p w14:paraId="000C51DD" w14:textId="4B3ACCE9" w:rsidR="00621B4B" w:rsidRPr="00BA7DCC" w:rsidRDefault="00621B4B" w:rsidP="005E6D79">
      <w:pPr>
        <w:rPr>
          <w:rFonts w:ascii="Times New Roman" w:hAnsi="Times New Roman" w:cs="Times New Roman"/>
          <w:sz w:val="24"/>
          <w:szCs w:val="24"/>
        </w:rPr>
      </w:pPr>
    </w:p>
    <w:p w14:paraId="29D3E894" w14:textId="6F34CF45" w:rsidR="00621B4B" w:rsidRPr="00BA7DCC" w:rsidRDefault="00621B4B" w:rsidP="005E6D79">
      <w:pPr>
        <w:rPr>
          <w:rFonts w:ascii="Times New Roman" w:hAnsi="Times New Roman" w:cs="Times New Roman"/>
          <w:sz w:val="24"/>
          <w:szCs w:val="24"/>
        </w:rPr>
      </w:pPr>
    </w:p>
    <w:p w14:paraId="58008493" w14:textId="1E943A11" w:rsidR="00621B4B" w:rsidRPr="00BA7DCC" w:rsidRDefault="00621B4B" w:rsidP="005E6D79">
      <w:pPr>
        <w:rPr>
          <w:rFonts w:ascii="Times New Roman" w:hAnsi="Times New Roman" w:cs="Times New Roman"/>
          <w:sz w:val="24"/>
          <w:szCs w:val="24"/>
        </w:rPr>
      </w:pPr>
    </w:p>
    <w:p w14:paraId="3784661C" w14:textId="45063381" w:rsidR="00621B4B" w:rsidRPr="00BA7DCC" w:rsidRDefault="00621B4B" w:rsidP="005E6D79">
      <w:pPr>
        <w:rPr>
          <w:rFonts w:ascii="Times New Roman" w:hAnsi="Times New Roman" w:cs="Times New Roman"/>
          <w:sz w:val="24"/>
          <w:szCs w:val="24"/>
        </w:rPr>
      </w:pPr>
    </w:p>
    <w:p w14:paraId="19F2A55F" w14:textId="23925FF0" w:rsidR="00621B4B" w:rsidRPr="00BA7DCC" w:rsidRDefault="00621B4B" w:rsidP="005E6D79">
      <w:pPr>
        <w:rPr>
          <w:rFonts w:ascii="Times New Roman" w:hAnsi="Times New Roman" w:cs="Times New Roman"/>
          <w:sz w:val="24"/>
          <w:szCs w:val="24"/>
        </w:rPr>
      </w:pPr>
    </w:p>
    <w:p w14:paraId="41773ADA" w14:textId="299544E5" w:rsidR="00621B4B" w:rsidRPr="00BA7DCC" w:rsidRDefault="00621B4B" w:rsidP="005E6D79">
      <w:pPr>
        <w:rPr>
          <w:rFonts w:ascii="Times New Roman" w:hAnsi="Times New Roman" w:cs="Times New Roman"/>
          <w:sz w:val="24"/>
          <w:szCs w:val="24"/>
        </w:rPr>
      </w:pPr>
    </w:p>
    <w:p w14:paraId="5E80C8A0" w14:textId="03534943" w:rsidR="00621B4B" w:rsidRPr="00BA7DCC" w:rsidRDefault="00621B4B" w:rsidP="005E6D79">
      <w:pPr>
        <w:rPr>
          <w:rFonts w:ascii="Times New Roman" w:hAnsi="Times New Roman" w:cs="Times New Roman"/>
          <w:sz w:val="24"/>
          <w:szCs w:val="24"/>
        </w:rPr>
      </w:pPr>
    </w:p>
    <w:p w14:paraId="2D2E3A46" w14:textId="1C816299" w:rsidR="00621B4B" w:rsidRPr="00BA7DCC" w:rsidRDefault="00621B4B" w:rsidP="005E6D79">
      <w:pPr>
        <w:rPr>
          <w:rFonts w:ascii="Times New Roman" w:hAnsi="Times New Roman" w:cs="Times New Roman"/>
          <w:sz w:val="24"/>
          <w:szCs w:val="24"/>
        </w:rPr>
      </w:pPr>
    </w:p>
    <w:p w14:paraId="2AB03C55" w14:textId="70CC0FC8" w:rsidR="00621B4B" w:rsidRPr="00BA7DCC" w:rsidRDefault="00621B4B" w:rsidP="005E6D79">
      <w:pPr>
        <w:rPr>
          <w:rFonts w:ascii="Times New Roman" w:hAnsi="Times New Roman" w:cs="Times New Roman"/>
          <w:sz w:val="24"/>
          <w:szCs w:val="24"/>
        </w:rPr>
      </w:pPr>
    </w:p>
    <w:p w14:paraId="5F865587" w14:textId="4A339CB3" w:rsidR="00621B4B" w:rsidRPr="00BA7DCC" w:rsidRDefault="00621B4B" w:rsidP="005E6D79">
      <w:pPr>
        <w:rPr>
          <w:rFonts w:ascii="Times New Roman" w:hAnsi="Times New Roman" w:cs="Times New Roman"/>
          <w:sz w:val="24"/>
          <w:szCs w:val="24"/>
        </w:rPr>
      </w:pPr>
    </w:p>
    <w:p w14:paraId="390F6BC0" w14:textId="1C0546F4" w:rsidR="00621B4B" w:rsidRPr="00BA7DCC" w:rsidRDefault="00621B4B" w:rsidP="005E6D79">
      <w:pPr>
        <w:rPr>
          <w:rFonts w:ascii="Times New Roman" w:hAnsi="Times New Roman" w:cs="Times New Roman"/>
          <w:sz w:val="24"/>
          <w:szCs w:val="24"/>
        </w:rPr>
      </w:pPr>
    </w:p>
    <w:p w14:paraId="117FCD8B" w14:textId="67B3997B" w:rsidR="00621B4B" w:rsidRPr="00BA7DCC" w:rsidRDefault="00621B4B" w:rsidP="005E6D79">
      <w:pPr>
        <w:rPr>
          <w:rFonts w:ascii="Times New Roman" w:hAnsi="Times New Roman" w:cs="Times New Roman"/>
          <w:sz w:val="24"/>
          <w:szCs w:val="24"/>
        </w:rPr>
      </w:pPr>
    </w:p>
    <w:p w14:paraId="7013F379" w14:textId="1744E0C7" w:rsidR="00621B4B" w:rsidRPr="00BA7DCC" w:rsidRDefault="00621B4B" w:rsidP="005E6D79">
      <w:pPr>
        <w:rPr>
          <w:rFonts w:ascii="Times New Roman" w:hAnsi="Times New Roman" w:cs="Times New Roman"/>
          <w:sz w:val="24"/>
          <w:szCs w:val="24"/>
        </w:rPr>
      </w:pPr>
    </w:p>
    <w:p w14:paraId="486FE89E" w14:textId="70D25DD1" w:rsidR="00621B4B" w:rsidRPr="00BA7DCC" w:rsidRDefault="00621B4B" w:rsidP="005E6D79">
      <w:pPr>
        <w:rPr>
          <w:rFonts w:ascii="Times New Roman" w:hAnsi="Times New Roman" w:cs="Times New Roman"/>
          <w:sz w:val="24"/>
          <w:szCs w:val="24"/>
        </w:rPr>
      </w:pPr>
    </w:p>
    <w:p w14:paraId="51661E0D" w14:textId="10761DEE" w:rsidR="00621B4B" w:rsidRPr="00BA7DCC" w:rsidRDefault="00621B4B" w:rsidP="005E6D79">
      <w:pPr>
        <w:rPr>
          <w:rFonts w:ascii="Times New Roman" w:hAnsi="Times New Roman" w:cs="Times New Roman"/>
          <w:sz w:val="24"/>
          <w:szCs w:val="24"/>
        </w:rPr>
      </w:pPr>
    </w:p>
    <w:p w14:paraId="1E66E6A4" w14:textId="7BE8CAFD" w:rsidR="00621B4B" w:rsidRPr="00BA7DCC" w:rsidRDefault="00621B4B" w:rsidP="005E6D79">
      <w:pPr>
        <w:rPr>
          <w:rFonts w:ascii="Times New Roman" w:hAnsi="Times New Roman" w:cs="Times New Roman"/>
          <w:sz w:val="24"/>
          <w:szCs w:val="24"/>
        </w:rPr>
      </w:pPr>
    </w:p>
    <w:p w14:paraId="2CC03470" w14:textId="5A403667" w:rsidR="00621B4B" w:rsidRPr="00BA7DCC" w:rsidRDefault="00621B4B" w:rsidP="005E6D79">
      <w:pPr>
        <w:rPr>
          <w:rFonts w:ascii="Times New Roman" w:hAnsi="Times New Roman" w:cs="Times New Roman"/>
          <w:sz w:val="24"/>
          <w:szCs w:val="24"/>
        </w:rPr>
      </w:pPr>
    </w:p>
    <w:p w14:paraId="6C73F843" w14:textId="1E516CBF" w:rsidR="00621B4B" w:rsidRPr="00BA7DCC" w:rsidRDefault="00621B4B" w:rsidP="005E6D79">
      <w:pPr>
        <w:rPr>
          <w:rFonts w:ascii="Times New Roman" w:hAnsi="Times New Roman" w:cs="Times New Roman"/>
          <w:sz w:val="24"/>
          <w:szCs w:val="24"/>
        </w:rPr>
      </w:pPr>
    </w:p>
    <w:p w14:paraId="04418FBE" w14:textId="79ADB07C" w:rsidR="005E6D79" w:rsidRPr="00BA7DCC" w:rsidRDefault="005E6D79" w:rsidP="005E6D79">
      <w:pPr>
        <w:pStyle w:val="Balk1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bookmarkStart w:id="12" w:name="_Toc194055953"/>
      <w:r w:rsidRPr="00BA7DCC">
        <w:rPr>
          <w:rFonts w:ascii="Times New Roman" w:hAnsi="Times New Roman" w:cs="Times New Roman"/>
          <w:b/>
          <w:color w:val="000000" w:themeColor="text1"/>
          <w:sz w:val="24"/>
          <w:szCs w:val="24"/>
        </w:rPr>
        <w:lastRenderedPageBreak/>
        <w:t>ÖZGEÇMİŞ</w:t>
      </w:r>
      <w:bookmarkEnd w:id="12"/>
    </w:p>
    <w:p w14:paraId="687B24AD" w14:textId="02A9B66F" w:rsidR="003D44EF" w:rsidRPr="00BA7DCC" w:rsidRDefault="003D44EF">
      <w:pPr>
        <w:rPr>
          <w:rFonts w:ascii="Times New Roman" w:hAnsi="Times New Roman" w:cs="Times New Roman"/>
          <w:sz w:val="24"/>
          <w:szCs w:val="24"/>
        </w:rPr>
      </w:pPr>
    </w:p>
    <w:p w14:paraId="0AE51295" w14:textId="77777777" w:rsidR="004C7E51" w:rsidRPr="00BA7DCC" w:rsidRDefault="004C7E51">
      <w:pPr>
        <w:rPr>
          <w:rFonts w:ascii="Times New Roman" w:hAnsi="Times New Roman" w:cs="Times New Roman"/>
          <w:sz w:val="24"/>
          <w:szCs w:val="24"/>
        </w:rPr>
      </w:pPr>
    </w:p>
    <w:p w14:paraId="2A234DAE" w14:textId="77777777" w:rsidR="004C7E51" w:rsidRPr="00BA7DCC" w:rsidRDefault="004C7E51">
      <w:pPr>
        <w:rPr>
          <w:rFonts w:ascii="Times New Roman" w:hAnsi="Times New Roman" w:cs="Times New Roman"/>
          <w:sz w:val="24"/>
          <w:szCs w:val="24"/>
        </w:rPr>
      </w:pPr>
    </w:p>
    <w:p w14:paraId="295B941E" w14:textId="4591E9B7" w:rsidR="004C7E51" w:rsidRPr="003674D3" w:rsidRDefault="004C7E51" w:rsidP="003674D3">
      <w:pPr>
        <w:rPr>
          <w:b/>
          <w:color w:val="548DD4" w:themeColor="text2" w:themeTint="99"/>
        </w:rPr>
      </w:pPr>
      <w:bookmarkStart w:id="13" w:name="_Toc194054180"/>
      <w:r w:rsidRPr="003674D3">
        <w:rPr>
          <w:b/>
          <w:color w:val="548DD4" w:themeColor="text2" w:themeTint="99"/>
        </w:rPr>
        <w:t>NOT: YAZIM KURALLARI</w:t>
      </w:r>
      <w:bookmarkEnd w:id="13"/>
    </w:p>
    <w:p w14:paraId="6C1EA559" w14:textId="77777777" w:rsidR="00BA7DCC" w:rsidRPr="00BA7DCC" w:rsidRDefault="004C7E51" w:rsidP="00BA7DCC">
      <w:pPr>
        <w:spacing w:after="0"/>
        <w:rPr>
          <w:rFonts w:ascii="Times New Roman" w:hAnsi="Times New Roman" w:cs="Times New Roman"/>
          <w:sz w:val="24"/>
          <w:szCs w:val="24"/>
        </w:rPr>
      </w:pPr>
      <w:proofErr w:type="spellStart"/>
      <w:r w:rsidRPr="00BA7DCC">
        <w:rPr>
          <w:rFonts w:ascii="Times New Roman" w:hAnsi="Times New Roman" w:cs="Times New Roman"/>
          <w:b/>
          <w:sz w:val="24"/>
          <w:szCs w:val="24"/>
        </w:rPr>
        <w:t>Yazı</w:t>
      </w:r>
      <w:proofErr w:type="spellEnd"/>
      <w:r w:rsidRPr="00BA7DCC">
        <w:rPr>
          <w:rFonts w:ascii="Times New Roman" w:hAnsi="Times New Roman" w:cs="Times New Roman"/>
          <w:b/>
          <w:sz w:val="24"/>
          <w:szCs w:val="24"/>
        </w:rPr>
        <w:t xml:space="preserve"> Tipi: </w:t>
      </w:r>
      <w:r w:rsidR="00BA7DCC" w:rsidRPr="00BA7DCC">
        <w:rPr>
          <w:rFonts w:ascii="Times New Roman" w:hAnsi="Times New Roman" w:cs="Times New Roman"/>
          <w:sz w:val="24"/>
          <w:szCs w:val="24"/>
        </w:rPr>
        <w:t>Times New Roman, 12</w:t>
      </w:r>
      <w:r w:rsidRPr="00BA7DC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A7DCC">
        <w:rPr>
          <w:rFonts w:ascii="Times New Roman" w:hAnsi="Times New Roman" w:cs="Times New Roman"/>
          <w:sz w:val="24"/>
          <w:szCs w:val="24"/>
        </w:rPr>
        <w:t>punto</w:t>
      </w:r>
      <w:proofErr w:type="spellEnd"/>
      <w:r w:rsidRPr="00BA7DCC">
        <w:rPr>
          <w:rFonts w:ascii="Times New Roman" w:hAnsi="Times New Roman" w:cs="Times New Roman"/>
          <w:sz w:val="24"/>
          <w:szCs w:val="24"/>
        </w:rPr>
        <w:br/>
      </w:r>
      <w:proofErr w:type="spellStart"/>
      <w:r w:rsidRPr="00BA7DCC">
        <w:rPr>
          <w:rFonts w:ascii="Times New Roman" w:hAnsi="Times New Roman" w:cs="Times New Roman"/>
          <w:b/>
          <w:sz w:val="24"/>
          <w:szCs w:val="24"/>
        </w:rPr>
        <w:t>Paragraf</w:t>
      </w:r>
      <w:proofErr w:type="spellEnd"/>
      <w:r w:rsidRPr="00BA7DCC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BA7DCC">
        <w:rPr>
          <w:rFonts w:ascii="Times New Roman" w:hAnsi="Times New Roman" w:cs="Times New Roman"/>
          <w:b/>
          <w:sz w:val="24"/>
          <w:szCs w:val="24"/>
        </w:rPr>
        <w:t>Hizalama</w:t>
      </w:r>
      <w:proofErr w:type="spellEnd"/>
      <w:r w:rsidRPr="00BA7DCC">
        <w:rPr>
          <w:rFonts w:ascii="Times New Roman" w:hAnsi="Times New Roman" w:cs="Times New Roman"/>
          <w:b/>
          <w:sz w:val="24"/>
          <w:szCs w:val="24"/>
        </w:rPr>
        <w:t xml:space="preserve">: </w:t>
      </w:r>
      <w:r w:rsidRPr="00BA7DCC">
        <w:rPr>
          <w:rFonts w:ascii="Times New Roman" w:hAnsi="Times New Roman" w:cs="Times New Roman"/>
          <w:sz w:val="24"/>
          <w:szCs w:val="24"/>
        </w:rPr>
        <w:t xml:space="preserve">Her </w:t>
      </w:r>
      <w:proofErr w:type="spellStart"/>
      <w:r w:rsidRPr="00BA7DCC">
        <w:rPr>
          <w:rFonts w:ascii="Times New Roman" w:hAnsi="Times New Roman" w:cs="Times New Roman"/>
          <w:sz w:val="24"/>
          <w:szCs w:val="24"/>
        </w:rPr>
        <w:t>iki</w:t>
      </w:r>
      <w:proofErr w:type="spellEnd"/>
      <w:r w:rsidRPr="00BA7DC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A7DCC">
        <w:rPr>
          <w:rFonts w:ascii="Times New Roman" w:hAnsi="Times New Roman" w:cs="Times New Roman"/>
          <w:sz w:val="24"/>
          <w:szCs w:val="24"/>
        </w:rPr>
        <w:t>yana</w:t>
      </w:r>
      <w:proofErr w:type="spellEnd"/>
      <w:r w:rsidRPr="00BA7DC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A7DCC">
        <w:rPr>
          <w:rFonts w:ascii="Times New Roman" w:hAnsi="Times New Roman" w:cs="Times New Roman"/>
          <w:sz w:val="24"/>
          <w:szCs w:val="24"/>
        </w:rPr>
        <w:t>yaslı</w:t>
      </w:r>
      <w:proofErr w:type="spellEnd"/>
      <w:r w:rsidRPr="00BA7DCC">
        <w:rPr>
          <w:rFonts w:ascii="Times New Roman" w:hAnsi="Times New Roman" w:cs="Times New Roman"/>
          <w:sz w:val="24"/>
          <w:szCs w:val="24"/>
        </w:rPr>
        <w:br/>
      </w:r>
      <w:proofErr w:type="spellStart"/>
      <w:r w:rsidRPr="00BA7DCC">
        <w:rPr>
          <w:rFonts w:ascii="Times New Roman" w:hAnsi="Times New Roman" w:cs="Times New Roman"/>
          <w:b/>
          <w:sz w:val="24"/>
          <w:szCs w:val="24"/>
        </w:rPr>
        <w:t>Satır</w:t>
      </w:r>
      <w:proofErr w:type="spellEnd"/>
      <w:r w:rsidRPr="00BA7DCC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BA7DCC">
        <w:rPr>
          <w:rFonts w:ascii="Times New Roman" w:hAnsi="Times New Roman" w:cs="Times New Roman"/>
          <w:b/>
          <w:sz w:val="24"/>
          <w:szCs w:val="24"/>
        </w:rPr>
        <w:t>Aralığı</w:t>
      </w:r>
      <w:proofErr w:type="spellEnd"/>
      <w:r w:rsidRPr="00BA7DCC">
        <w:rPr>
          <w:rFonts w:ascii="Times New Roman" w:hAnsi="Times New Roman" w:cs="Times New Roman"/>
          <w:b/>
          <w:sz w:val="24"/>
          <w:szCs w:val="24"/>
        </w:rPr>
        <w:t xml:space="preserve">: </w:t>
      </w:r>
      <w:r w:rsidR="00BA7DCC" w:rsidRPr="00BA7DCC">
        <w:rPr>
          <w:rFonts w:ascii="Times New Roman" w:hAnsi="Times New Roman" w:cs="Times New Roman"/>
          <w:sz w:val="24"/>
          <w:szCs w:val="24"/>
        </w:rPr>
        <w:t>1</w:t>
      </w:r>
      <w:proofErr w:type="gramStart"/>
      <w:r w:rsidR="00BA7DCC" w:rsidRPr="00BA7DCC">
        <w:rPr>
          <w:rFonts w:ascii="Times New Roman" w:hAnsi="Times New Roman" w:cs="Times New Roman"/>
          <w:sz w:val="24"/>
          <w:szCs w:val="24"/>
        </w:rPr>
        <w:t>,</w:t>
      </w:r>
      <w:r w:rsidRPr="00BA7DCC">
        <w:rPr>
          <w:rFonts w:ascii="Times New Roman" w:hAnsi="Times New Roman" w:cs="Times New Roman"/>
          <w:sz w:val="24"/>
          <w:szCs w:val="24"/>
        </w:rPr>
        <w:t>5</w:t>
      </w:r>
      <w:proofErr w:type="gramEnd"/>
      <w:r w:rsidRPr="00BA7DC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A7DCC">
        <w:rPr>
          <w:rFonts w:ascii="Times New Roman" w:hAnsi="Times New Roman" w:cs="Times New Roman"/>
          <w:sz w:val="24"/>
          <w:szCs w:val="24"/>
        </w:rPr>
        <w:t>satır</w:t>
      </w:r>
      <w:proofErr w:type="spellEnd"/>
      <w:r w:rsidRPr="00BA7DC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A7DCC">
        <w:rPr>
          <w:rFonts w:ascii="Times New Roman" w:hAnsi="Times New Roman" w:cs="Times New Roman"/>
          <w:sz w:val="24"/>
          <w:szCs w:val="24"/>
        </w:rPr>
        <w:t>aralığı</w:t>
      </w:r>
      <w:proofErr w:type="spellEnd"/>
    </w:p>
    <w:p w14:paraId="4C2836CA" w14:textId="4CAD2AE4" w:rsidR="00BA7DCC" w:rsidRPr="00BA7DCC" w:rsidRDefault="00BA7DCC" w:rsidP="00BA7DC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BA7DCC">
        <w:rPr>
          <w:rFonts w:ascii="Times New Roman" w:hAnsi="Times New Roman" w:cs="Times New Roman"/>
          <w:b/>
          <w:sz w:val="24"/>
          <w:szCs w:val="24"/>
        </w:rPr>
        <w:t>Sayfa</w:t>
      </w:r>
      <w:proofErr w:type="spellEnd"/>
      <w:r w:rsidRPr="00BA7DCC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BA7DCC">
        <w:rPr>
          <w:rFonts w:ascii="Times New Roman" w:hAnsi="Times New Roman" w:cs="Times New Roman"/>
          <w:b/>
          <w:sz w:val="24"/>
          <w:szCs w:val="24"/>
        </w:rPr>
        <w:t>Düzeni</w:t>
      </w:r>
      <w:proofErr w:type="spellEnd"/>
      <w:r w:rsidRPr="00BA7DCC">
        <w:rPr>
          <w:rFonts w:ascii="Times New Roman" w:hAnsi="Times New Roman" w:cs="Times New Roman"/>
          <w:b/>
          <w:sz w:val="24"/>
          <w:szCs w:val="24"/>
        </w:rPr>
        <w:t>:</w:t>
      </w:r>
      <w:r w:rsidRPr="00BA7DC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A7DCC">
        <w:rPr>
          <w:rFonts w:ascii="Times New Roman" w:hAnsi="Times New Roman" w:cs="Times New Roman"/>
          <w:sz w:val="24"/>
          <w:szCs w:val="24"/>
        </w:rPr>
        <w:t>Yazımda</w:t>
      </w:r>
      <w:proofErr w:type="spellEnd"/>
      <w:r w:rsidRPr="00BA7DCC">
        <w:rPr>
          <w:rFonts w:ascii="Times New Roman" w:hAnsi="Times New Roman" w:cs="Times New Roman"/>
          <w:sz w:val="24"/>
          <w:szCs w:val="24"/>
        </w:rPr>
        <w:t xml:space="preserve">, her </w:t>
      </w:r>
      <w:proofErr w:type="spellStart"/>
      <w:r w:rsidRPr="00BA7DCC">
        <w:rPr>
          <w:rFonts w:ascii="Times New Roman" w:hAnsi="Times New Roman" w:cs="Times New Roman"/>
          <w:sz w:val="24"/>
          <w:szCs w:val="24"/>
        </w:rPr>
        <w:t>sayfanın</w:t>
      </w:r>
      <w:proofErr w:type="spellEnd"/>
      <w:r w:rsidRPr="00BA7DC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A7DCC">
        <w:rPr>
          <w:rFonts w:ascii="Times New Roman" w:hAnsi="Times New Roman" w:cs="Times New Roman"/>
          <w:sz w:val="24"/>
          <w:szCs w:val="24"/>
        </w:rPr>
        <w:t>üst</w:t>
      </w:r>
      <w:proofErr w:type="spellEnd"/>
      <w:r w:rsidRPr="00BA7DCC">
        <w:rPr>
          <w:rFonts w:ascii="Times New Roman" w:hAnsi="Times New Roman" w:cs="Times New Roman"/>
          <w:sz w:val="24"/>
          <w:szCs w:val="24"/>
        </w:rPr>
        <w:t xml:space="preserve"> 2.5 cm, alt ve </w:t>
      </w:r>
      <w:proofErr w:type="spellStart"/>
      <w:r w:rsidRPr="00BA7DCC">
        <w:rPr>
          <w:rFonts w:ascii="Times New Roman" w:hAnsi="Times New Roman" w:cs="Times New Roman"/>
          <w:sz w:val="24"/>
          <w:szCs w:val="24"/>
        </w:rPr>
        <w:t>sağ</w:t>
      </w:r>
      <w:proofErr w:type="spellEnd"/>
      <w:r w:rsidRPr="00BA7DC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A7DCC">
        <w:rPr>
          <w:rFonts w:ascii="Times New Roman" w:hAnsi="Times New Roman" w:cs="Times New Roman"/>
          <w:sz w:val="24"/>
          <w:szCs w:val="24"/>
        </w:rPr>
        <w:t>kenarlarında</w:t>
      </w:r>
      <w:proofErr w:type="spellEnd"/>
      <w:r w:rsidRPr="00BA7DCC">
        <w:rPr>
          <w:rFonts w:ascii="Times New Roman" w:hAnsi="Times New Roman" w:cs="Times New Roman"/>
          <w:sz w:val="24"/>
          <w:szCs w:val="24"/>
        </w:rPr>
        <w:t xml:space="preserve"> 2.0 cm</w:t>
      </w:r>
      <w:proofErr w:type="gramStart"/>
      <w:r w:rsidRPr="00BA7DCC">
        <w:rPr>
          <w:rFonts w:ascii="Times New Roman" w:hAnsi="Times New Roman" w:cs="Times New Roman"/>
          <w:sz w:val="24"/>
          <w:szCs w:val="24"/>
        </w:rPr>
        <w:t>,  sol</w:t>
      </w:r>
      <w:proofErr w:type="gramEnd"/>
      <w:r w:rsidRPr="00BA7DC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A7DCC">
        <w:rPr>
          <w:rFonts w:ascii="Times New Roman" w:hAnsi="Times New Roman" w:cs="Times New Roman"/>
          <w:sz w:val="24"/>
          <w:szCs w:val="24"/>
        </w:rPr>
        <w:t>kenarlarında</w:t>
      </w:r>
      <w:proofErr w:type="spellEnd"/>
      <w:r w:rsidRPr="00BA7DCC">
        <w:rPr>
          <w:rFonts w:ascii="Times New Roman" w:hAnsi="Times New Roman" w:cs="Times New Roman"/>
          <w:sz w:val="24"/>
          <w:szCs w:val="24"/>
        </w:rPr>
        <w:t xml:space="preserve"> 2.5 cm </w:t>
      </w:r>
      <w:proofErr w:type="spellStart"/>
      <w:r w:rsidRPr="00BA7DCC">
        <w:rPr>
          <w:rFonts w:ascii="Times New Roman" w:hAnsi="Times New Roman" w:cs="Times New Roman"/>
          <w:sz w:val="24"/>
          <w:szCs w:val="24"/>
        </w:rPr>
        <w:t>boşluk</w:t>
      </w:r>
      <w:proofErr w:type="spellEnd"/>
      <w:r w:rsidRPr="00BA7DC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A7DCC">
        <w:rPr>
          <w:rFonts w:ascii="Times New Roman" w:hAnsi="Times New Roman" w:cs="Times New Roman"/>
          <w:sz w:val="24"/>
          <w:szCs w:val="24"/>
        </w:rPr>
        <w:t>bırakılmalıdır</w:t>
      </w:r>
      <w:proofErr w:type="spellEnd"/>
      <w:r w:rsidRPr="00BA7DCC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54A71849" w14:textId="16B68C12" w:rsidR="004C7E51" w:rsidRPr="00BA7DCC" w:rsidRDefault="004C7E51" w:rsidP="004C7E51">
      <w:pPr>
        <w:rPr>
          <w:rFonts w:ascii="Times New Roman" w:hAnsi="Times New Roman" w:cs="Times New Roman"/>
          <w:sz w:val="24"/>
          <w:szCs w:val="24"/>
        </w:rPr>
      </w:pPr>
      <w:r w:rsidRPr="00BA7DCC">
        <w:rPr>
          <w:rFonts w:ascii="Times New Roman" w:hAnsi="Times New Roman" w:cs="Times New Roman"/>
          <w:sz w:val="24"/>
          <w:szCs w:val="24"/>
        </w:rPr>
        <w:br/>
      </w:r>
    </w:p>
    <w:sectPr w:rsidR="004C7E51" w:rsidRPr="00BA7DCC" w:rsidSect="0058316A">
      <w:pgSz w:w="12240" w:h="15840"/>
      <w:pgMar w:top="964" w:right="942" w:bottom="1440" w:left="1374" w:header="720" w:footer="720" w:gutter="0"/>
      <w:pgNumType w:start="1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FCC2AD7" w14:textId="77777777" w:rsidR="00D87E25" w:rsidRDefault="00D87E25" w:rsidP="00425554">
      <w:pPr>
        <w:spacing w:after="0" w:line="240" w:lineRule="auto"/>
      </w:pPr>
      <w:r>
        <w:separator/>
      </w:r>
    </w:p>
  </w:endnote>
  <w:endnote w:type="continuationSeparator" w:id="0">
    <w:p w14:paraId="550329F6" w14:textId="77777777" w:rsidR="00D87E25" w:rsidRDefault="00D87E25" w:rsidP="0042555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A2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A2"/>
    <w:family w:val="swiss"/>
    <w:pitch w:val="variable"/>
    <w:sig w:usb0="E0002A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  <w:font w:name="MS Mincho">
    <w:altName w:val="Yu Gothic UI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809631214"/>
      <w:docPartObj>
        <w:docPartGallery w:val="Page Numbers (Bottom of Page)"/>
        <w:docPartUnique/>
      </w:docPartObj>
    </w:sdtPr>
    <w:sdtEndPr/>
    <w:sdtContent>
      <w:p w14:paraId="3CB54F3A" w14:textId="19A81487" w:rsidR="00425554" w:rsidRDefault="00425554">
        <w:pPr>
          <w:pStyle w:val="AltBilgi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3674D3" w:rsidRPr="003674D3">
          <w:rPr>
            <w:noProof/>
            <w:lang w:val="tr-TR"/>
          </w:rPr>
          <w:t>ii</w:t>
        </w:r>
        <w:r>
          <w:fldChar w:fldCharType="end"/>
        </w:r>
      </w:p>
    </w:sdtContent>
  </w:sdt>
  <w:p w14:paraId="655EE086" w14:textId="77777777" w:rsidR="00425554" w:rsidRDefault="00425554">
    <w:pPr>
      <w:pStyle w:val="AltBilgi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2630A53" w14:textId="77777777" w:rsidR="00D87E25" w:rsidRDefault="00D87E25" w:rsidP="00425554">
      <w:pPr>
        <w:spacing w:after="0" w:line="240" w:lineRule="auto"/>
      </w:pPr>
      <w:r>
        <w:separator/>
      </w:r>
    </w:p>
  </w:footnote>
  <w:footnote w:type="continuationSeparator" w:id="0">
    <w:p w14:paraId="333E7BEB" w14:textId="77777777" w:rsidR="00D87E25" w:rsidRDefault="00D87E25" w:rsidP="0042555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eNumaras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eNumaras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eMaddemi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eMaddemi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eNumaras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eMaddemi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9" w15:restartNumberingAfterBreak="0">
    <w:nsid w:val="0E394598"/>
    <w:multiLevelType w:val="hybridMultilevel"/>
    <w:tmpl w:val="92E86FF8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CE74D77"/>
    <w:multiLevelType w:val="hybridMultilevel"/>
    <w:tmpl w:val="17C42CBA"/>
    <w:lvl w:ilvl="0" w:tplc="041F000F">
      <w:start w:val="1"/>
      <w:numFmt w:val="decimal"/>
      <w:lvlText w:val="%1."/>
      <w:lvlJc w:val="left"/>
      <w:pPr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  <w:num w:numId="10">
    <w:abstractNumId w:val="10"/>
  </w:num>
  <w:num w:numId="11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47730"/>
    <w:rsid w:val="00034616"/>
    <w:rsid w:val="000579CF"/>
    <w:rsid w:val="0006063C"/>
    <w:rsid w:val="00086246"/>
    <w:rsid w:val="0015074B"/>
    <w:rsid w:val="002412D9"/>
    <w:rsid w:val="0029639D"/>
    <w:rsid w:val="003117E2"/>
    <w:rsid w:val="00326F90"/>
    <w:rsid w:val="003674D3"/>
    <w:rsid w:val="003D44EF"/>
    <w:rsid w:val="00425554"/>
    <w:rsid w:val="004940B9"/>
    <w:rsid w:val="004C7E51"/>
    <w:rsid w:val="004F13A6"/>
    <w:rsid w:val="004F1D89"/>
    <w:rsid w:val="00562776"/>
    <w:rsid w:val="00574230"/>
    <w:rsid w:val="0058316A"/>
    <w:rsid w:val="005C3474"/>
    <w:rsid w:val="005E6D79"/>
    <w:rsid w:val="00621B4B"/>
    <w:rsid w:val="006A4749"/>
    <w:rsid w:val="006B4164"/>
    <w:rsid w:val="006E5028"/>
    <w:rsid w:val="00726CCA"/>
    <w:rsid w:val="00814D6F"/>
    <w:rsid w:val="00850A9C"/>
    <w:rsid w:val="008903B9"/>
    <w:rsid w:val="008E3A05"/>
    <w:rsid w:val="009349BC"/>
    <w:rsid w:val="00961A6F"/>
    <w:rsid w:val="00AA1D8D"/>
    <w:rsid w:val="00B47730"/>
    <w:rsid w:val="00BA7DCC"/>
    <w:rsid w:val="00BE5130"/>
    <w:rsid w:val="00CB0664"/>
    <w:rsid w:val="00CF6E2E"/>
    <w:rsid w:val="00D87E25"/>
    <w:rsid w:val="00E013D8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5BA3119D"/>
  <w14:defaultImageDpi w14:val="300"/>
  <w15:docId w15:val="{3CA0469C-2876-4D7B-B64C-42A5A94AE6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62776"/>
    <w:pPr>
      <w:spacing w:after="180" w:line="274" w:lineRule="auto"/>
    </w:pPr>
  </w:style>
  <w:style w:type="paragraph" w:styleId="Balk1">
    <w:name w:val="heading 1"/>
    <w:basedOn w:val="Normal"/>
    <w:next w:val="Normal"/>
    <w:link w:val="Balk1Char"/>
    <w:uiPriority w:val="9"/>
    <w:qFormat/>
    <w:rsid w:val="00562776"/>
    <w:pPr>
      <w:keepNext/>
      <w:keepLines/>
      <w:spacing w:before="360" w:after="0" w:line="240" w:lineRule="auto"/>
      <w:outlineLvl w:val="0"/>
    </w:pPr>
    <w:rPr>
      <w:rFonts w:asciiTheme="majorHAnsi" w:eastAsiaTheme="majorEastAsia" w:hAnsiTheme="majorHAnsi" w:cstheme="majorBidi"/>
      <w:bCs/>
      <w:color w:val="1F497D" w:themeColor="text2"/>
      <w:sz w:val="32"/>
      <w:szCs w:val="28"/>
    </w:rPr>
  </w:style>
  <w:style w:type="paragraph" w:styleId="Balk2">
    <w:name w:val="heading 2"/>
    <w:basedOn w:val="Normal"/>
    <w:next w:val="Normal"/>
    <w:link w:val="Balk2Char"/>
    <w:uiPriority w:val="9"/>
    <w:unhideWhenUsed/>
    <w:qFormat/>
    <w:rsid w:val="00562776"/>
    <w:pPr>
      <w:keepNext/>
      <w:keepLines/>
      <w:spacing w:before="120" w:after="0" w:line="240" w:lineRule="auto"/>
      <w:outlineLvl w:val="1"/>
    </w:pPr>
    <w:rPr>
      <w:rFonts w:asciiTheme="majorHAnsi" w:eastAsiaTheme="majorEastAsia" w:hAnsiTheme="majorHAnsi" w:cstheme="majorBidi"/>
      <w:b/>
      <w:bCs/>
      <w:color w:val="9BBB59" w:themeColor="accent3"/>
      <w:sz w:val="28"/>
      <w:szCs w:val="26"/>
    </w:rPr>
  </w:style>
  <w:style w:type="paragraph" w:styleId="Balk3">
    <w:name w:val="heading 3"/>
    <w:basedOn w:val="Normal"/>
    <w:next w:val="Normal"/>
    <w:link w:val="Balk3Char"/>
    <w:uiPriority w:val="9"/>
    <w:unhideWhenUsed/>
    <w:qFormat/>
    <w:rsid w:val="00562776"/>
    <w:pPr>
      <w:keepNext/>
      <w:keepLines/>
      <w:spacing w:before="20" w:after="0" w:line="240" w:lineRule="auto"/>
      <w:outlineLvl w:val="2"/>
    </w:pPr>
    <w:rPr>
      <w:rFonts w:eastAsiaTheme="majorEastAsia" w:cstheme="majorBidi"/>
      <w:b/>
      <w:bCs/>
      <w:color w:val="1F497D" w:themeColor="text2"/>
      <w:sz w:val="24"/>
    </w:rPr>
  </w:style>
  <w:style w:type="paragraph" w:styleId="Balk4">
    <w:name w:val="heading 4"/>
    <w:basedOn w:val="Normal"/>
    <w:next w:val="Normal"/>
    <w:link w:val="Balk4Char"/>
    <w:uiPriority w:val="9"/>
    <w:semiHidden/>
    <w:unhideWhenUsed/>
    <w:qFormat/>
    <w:rsid w:val="00562776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262626" w:themeColor="text1" w:themeTint="D9"/>
    </w:rPr>
  </w:style>
  <w:style w:type="paragraph" w:styleId="Balk5">
    <w:name w:val="heading 5"/>
    <w:basedOn w:val="Normal"/>
    <w:next w:val="Normal"/>
    <w:link w:val="Balk5Char"/>
    <w:uiPriority w:val="9"/>
    <w:semiHidden/>
    <w:unhideWhenUsed/>
    <w:qFormat/>
    <w:rsid w:val="00562776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000000"/>
    </w:rPr>
  </w:style>
  <w:style w:type="paragraph" w:styleId="Balk6">
    <w:name w:val="heading 6"/>
    <w:basedOn w:val="Normal"/>
    <w:next w:val="Normal"/>
    <w:link w:val="Balk6Char"/>
    <w:uiPriority w:val="9"/>
    <w:semiHidden/>
    <w:unhideWhenUsed/>
    <w:qFormat/>
    <w:rsid w:val="00562776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000000" w:themeColor="text1"/>
    </w:rPr>
  </w:style>
  <w:style w:type="paragraph" w:styleId="Balk7">
    <w:name w:val="heading 7"/>
    <w:basedOn w:val="Normal"/>
    <w:next w:val="Normal"/>
    <w:link w:val="Balk7Char"/>
    <w:uiPriority w:val="9"/>
    <w:semiHidden/>
    <w:unhideWhenUsed/>
    <w:qFormat/>
    <w:rsid w:val="00562776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1F497D" w:themeColor="text2"/>
    </w:rPr>
  </w:style>
  <w:style w:type="paragraph" w:styleId="Balk8">
    <w:name w:val="heading 8"/>
    <w:basedOn w:val="Normal"/>
    <w:next w:val="Normal"/>
    <w:link w:val="Balk8Char"/>
    <w:uiPriority w:val="9"/>
    <w:semiHidden/>
    <w:unhideWhenUsed/>
    <w:qFormat/>
    <w:rsid w:val="00562776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000000"/>
      <w:sz w:val="20"/>
      <w:szCs w:val="20"/>
    </w:rPr>
  </w:style>
  <w:style w:type="paragraph" w:styleId="Balk9">
    <w:name w:val="heading 9"/>
    <w:basedOn w:val="Normal"/>
    <w:next w:val="Normal"/>
    <w:link w:val="Balk9Char"/>
    <w:uiPriority w:val="9"/>
    <w:semiHidden/>
    <w:unhideWhenUsed/>
    <w:qFormat/>
    <w:rsid w:val="00562776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000000"/>
      <w:sz w:val="20"/>
      <w:szCs w:val="20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stBilgi">
    <w:name w:val="header"/>
    <w:basedOn w:val="Normal"/>
    <w:link w:val="stBilgi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E618BF"/>
  </w:style>
  <w:style w:type="paragraph" w:styleId="AltBilgi">
    <w:name w:val="footer"/>
    <w:basedOn w:val="Normal"/>
    <w:link w:val="AltBilgi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E618BF"/>
  </w:style>
  <w:style w:type="paragraph" w:styleId="AralkYok">
    <w:name w:val="No Spacing"/>
    <w:link w:val="AralkYokChar"/>
    <w:uiPriority w:val="1"/>
    <w:qFormat/>
    <w:rsid w:val="00562776"/>
    <w:pPr>
      <w:spacing w:after="0" w:line="240" w:lineRule="auto"/>
    </w:pPr>
  </w:style>
  <w:style w:type="character" w:customStyle="1" w:styleId="Balk1Char">
    <w:name w:val="Başlık 1 Char"/>
    <w:basedOn w:val="VarsaylanParagrafYazTipi"/>
    <w:link w:val="Balk1"/>
    <w:uiPriority w:val="9"/>
    <w:rsid w:val="00562776"/>
    <w:rPr>
      <w:rFonts w:asciiTheme="majorHAnsi" w:eastAsiaTheme="majorEastAsia" w:hAnsiTheme="majorHAnsi" w:cstheme="majorBidi"/>
      <w:bCs/>
      <w:color w:val="1F497D" w:themeColor="text2"/>
      <w:sz w:val="32"/>
      <w:szCs w:val="28"/>
    </w:rPr>
  </w:style>
  <w:style w:type="character" w:customStyle="1" w:styleId="Balk2Char">
    <w:name w:val="Başlık 2 Char"/>
    <w:basedOn w:val="VarsaylanParagrafYazTipi"/>
    <w:link w:val="Balk2"/>
    <w:uiPriority w:val="9"/>
    <w:rsid w:val="00562776"/>
    <w:rPr>
      <w:rFonts w:asciiTheme="majorHAnsi" w:eastAsiaTheme="majorEastAsia" w:hAnsiTheme="majorHAnsi" w:cstheme="majorBidi"/>
      <w:b/>
      <w:bCs/>
      <w:color w:val="9BBB59" w:themeColor="accent3"/>
      <w:sz w:val="28"/>
      <w:szCs w:val="26"/>
    </w:rPr>
  </w:style>
  <w:style w:type="character" w:customStyle="1" w:styleId="Balk3Char">
    <w:name w:val="Başlık 3 Char"/>
    <w:basedOn w:val="VarsaylanParagrafYazTipi"/>
    <w:link w:val="Balk3"/>
    <w:uiPriority w:val="9"/>
    <w:rsid w:val="00562776"/>
    <w:rPr>
      <w:rFonts w:eastAsiaTheme="majorEastAsia" w:cstheme="majorBidi"/>
      <w:b/>
      <w:bCs/>
      <w:color w:val="1F497D" w:themeColor="text2"/>
      <w:sz w:val="24"/>
    </w:rPr>
  </w:style>
  <w:style w:type="paragraph" w:styleId="KonuBal">
    <w:name w:val="Title"/>
    <w:basedOn w:val="Normal"/>
    <w:next w:val="Normal"/>
    <w:link w:val="KonuBalChar"/>
    <w:uiPriority w:val="10"/>
    <w:qFormat/>
    <w:rsid w:val="00562776"/>
    <w:pPr>
      <w:spacing w:after="120" w:line="240" w:lineRule="auto"/>
      <w:contextualSpacing/>
    </w:pPr>
    <w:rPr>
      <w:rFonts w:asciiTheme="majorHAnsi" w:eastAsiaTheme="majorEastAsia" w:hAnsiTheme="majorHAnsi" w:cstheme="majorBidi"/>
      <w:color w:val="1F497D" w:themeColor="text2"/>
      <w:spacing w:val="30"/>
      <w:kern w:val="28"/>
      <w:sz w:val="72"/>
      <w:szCs w:val="52"/>
      <w14:ligatures w14:val="standard"/>
      <w14:numForm w14:val="oldStyle"/>
    </w:rPr>
  </w:style>
  <w:style w:type="character" w:customStyle="1" w:styleId="KonuBalChar">
    <w:name w:val="Konu Başlığı Char"/>
    <w:basedOn w:val="VarsaylanParagrafYazTipi"/>
    <w:link w:val="KonuBal"/>
    <w:uiPriority w:val="10"/>
    <w:rsid w:val="00562776"/>
    <w:rPr>
      <w:rFonts w:asciiTheme="majorHAnsi" w:eastAsiaTheme="majorEastAsia" w:hAnsiTheme="majorHAnsi" w:cstheme="majorBidi"/>
      <w:color w:val="1F497D" w:themeColor="text2"/>
      <w:spacing w:val="30"/>
      <w:kern w:val="28"/>
      <w:sz w:val="72"/>
      <w:szCs w:val="52"/>
      <w14:ligatures w14:val="standard"/>
      <w14:numForm w14:val="oldStyle"/>
    </w:rPr>
  </w:style>
  <w:style w:type="paragraph" w:styleId="Altyaz">
    <w:name w:val="Subtitle"/>
    <w:basedOn w:val="Normal"/>
    <w:next w:val="Normal"/>
    <w:link w:val="AltyazChar"/>
    <w:uiPriority w:val="11"/>
    <w:qFormat/>
    <w:rsid w:val="00562776"/>
    <w:pPr>
      <w:numPr>
        <w:ilvl w:val="1"/>
      </w:numPr>
    </w:pPr>
    <w:rPr>
      <w:rFonts w:eastAsiaTheme="majorEastAsia" w:cstheme="majorBidi"/>
      <w:iCs/>
      <w:color w:val="265898" w:themeColor="text2" w:themeTint="E6"/>
      <w:sz w:val="32"/>
      <w:szCs w:val="24"/>
      <w14:ligatures w14:val="standard"/>
    </w:rPr>
  </w:style>
  <w:style w:type="character" w:customStyle="1" w:styleId="AltyazChar">
    <w:name w:val="Altyazı Char"/>
    <w:basedOn w:val="VarsaylanParagrafYazTipi"/>
    <w:link w:val="Altyaz"/>
    <w:uiPriority w:val="11"/>
    <w:rsid w:val="00562776"/>
    <w:rPr>
      <w:rFonts w:eastAsiaTheme="majorEastAsia" w:cstheme="majorBidi"/>
      <w:iCs/>
      <w:color w:val="265898" w:themeColor="text2" w:themeTint="E6"/>
      <w:sz w:val="32"/>
      <w:szCs w:val="24"/>
      <w14:ligatures w14:val="standard"/>
    </w:rPr>
  </w:style>
  <w:style w:type="paragraph" w:styleId="ListeParagraf">
    <w:name w:val="List Paragraph"/>
    <w:basedOn w:val="Normal"/>
    <w:uiPriority w:val="34"/>
    <w:qFormat/>
    <w:rsid w:val="00562776"/>
    <w:pPr>
      <w:spacing w:line="240" w:lineRule="auto"/>
      <w:ind w:left="720" w:hanging="288"/>
      <w:contextualSpacing/>
    </w:pPr>
    <w:rPr>
      <w:color w:val="1F497D" w:themeColor="text2"/>
    </w:rPr>
  </w:style>
  <w:style w:type="paragraph" w:styleId="GvdeMetni">
    <w:name w:val="Body Text"/>
    <w:basedOn w:val="Normal"/>
    <w:link w:val="GvdeMetniChar"/>
    <w:uiPriority w:val="99"/>
    <w:unhideWhenUsed/>
    <w:rsid w:val="00AA1D8D"/>
    <w:pPr>
      <w:spacing w:after="120"/>
    </w:pPr>
  </w:style>
  <w:style w:type="character" w:customStyle="1" w:styleId="GvdeMetniChar">
    <w:name w:val="Gövde Metni Char"/>
    <w:basedOn w:val="VarsaylanParagrafYazTipi"/>
    <w:link w:val="GvdeMetni"/>
    <w:uiPriority w:val="99"/>
    <w:rsid w:val="00AA1D8D"/>
  </w:style>
  <w:style w:type="paragraph" w:styleId="GvdeMetni2">
    <w:name w:val="Body Text 2"/>
    <w:basedOn w:val="Normal"/>
    <w:link w:val="GvdeMetni2Char"/>
    <w:uiPriority w:val="99"/>
    <w:unhideWhenUsed/>
    <w:rsid w:val="00AA1D8D"/>
    <w:pPr>
      <w:spacing w:after="120" w:line="480" w:lineRule="auto"/>
    </w:pPr>
  </w:style>
  <w:style w:type="character" w:customStyle="1" w:styleId="GvdeMetni2Char">
    <w:name w:val="Gövde Metni 2 Char"/>
    <w:basedOn w:val="VarsaylanParagrafYazTipi"/>
    <w:link w:val="GvdeMetni2"/>
    <w:uiPriority w:val="99"/>
    <w:rsid w:val="00AA1D8D"/>
  </w:style>
  <w:style w:type="paragraph" w:styleId="GvdeMetni3">
    <w:name w:val="Body Text 3"/>
    <w:basedOn w:val="Normal"/>
    <w:link w:val="GvdeMetni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GvdeMetni3Char">
    <w:name w:val="Gövde Metni 3 Char"/>
    <w:basedOn w:val="VarsaylanParagrafYazTipi"/>
    <w:link w:val="GvdeMetni3"/>
    <w:uiPriority w:val="99"/>
    <w:rsid w:val="00AA1D8D"/>
    <w:rPr>
      <w:sz w:val="16"/>
      <w:szCs w:val="16"/>
    </w:rPr>
  </w:style>
  <w:style w:type="paragraph" w:styleId="Liste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e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e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eMaddemi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eMaddemi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eMaddemi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eNumaras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eNumaras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eNumaras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eDevam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eDevam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eDevam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kroMetni">
    <w:name w:val="macro"/>
    <w:link w:val="MakroMetni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kroMetniChar">
    <w:name w:val="Makro Metni Char"/>
    <w:basedOn w:val="VarsaylanParagrafYazTipi"/>
    <w:link w:val="MakroMetni"/>
    <w:uiPriority w:val="99"/>
    <w:rsid w:val="0029639D"/>
    <w:rPr>
      <w:rFonts w:ascii="Courier" w:hAnsi="Courier"/>
      <w:sz w:val="20"/>
      <w:szCs w:val="20"/>
    </w:rPr>
  </w:style>
  <w:style w:type="paragraph" w:styleId="Alnt">
    <w:name w:val="Quote"/>
    <w:basedOn w:val="Normal"/>
    <w:next w:val="Normal"/>
    <w:link w:val="AlntChar"/>
    <w:uiPriority w:val="29"/>
    <w:qFormat/>
    <w:rsid w:val="00562776"/>
    <w:pPr>
      <w:pBdr>
        <w:left w:val="single" w:sz="48" w:space="13" w:color="4F81BD" w:themeColor="accent1"/>
      </w:pBdr>
      <w:spacing w:after="0" w:line="360" w:lineRule="auto"/>
    </w:pPr>
    <w:rPr>
      <w:rFonts w:asciiTheme="majorHAnsi" w:eastAsiaTheme="minorEastAsia" w:hAnsiTheme="majorHAnsi"/>
      <w:b/>
      <w:i/>
      <w:iCs/>
      <w:color w:val="4F81BD" w:themeColor="accent1"/>
      <w:sz w:val="24"/>
    </w:rPr>
  </w:style>
  <w:style w:type="character" w:customStyle="1" w:styleId="AlntChar">
    <w:name w:val="Alıntı Char"/>
    <w:basedOn w:val="VarsaylanParagrafYazTipi"/>
    <w:link w:val="Alnt"/>
    <w:uiPriority w:val="29"/>
    <w:rsid w:val="00562776"/>
    <w:rPr>
      <w:rFonts w:asciiTheme="majorHAnsi" w:eastAsiaTheme="minorEastAsia" w:hAnsiTheme="majorHAnsi"/>
      <w:b/>
      <w:i/>
      <w:iCs/>
      <w:color w:val="4F81BD" w:themeColor="accent1"/>
      <w:sz w:val="24"/>
    </w:rPr>
  </w:style>
  <w:style w:type="character" w:customStyle="1" w:styleId="Balk4Char">
    <w:name w:val="Başlık 4 Char"/>
    <w:basedOn w:val="VarsaylanParagrafYazTipi"/>
    <w:link w:val="Balk4"/>
    <w:uiPriority w:val="9"/>
    <w:semiHidden/>
    <w:rsid w:val="00562776"/>
    <w:rPr>
      <w:rFonts w:asciiTheme="majorHAnsi" w:eastAsiaTheme="majorEastAsia" w:hAnsiTheme="majorHAnsi" w:cstheme="majorBidi"/>
      <w:b/>
      <w:bCs/>
      <w:i/>
      <w:iCs/>
      <w:color w:val="262626" w:themeColor="text1" w:themeTint="D9"/>
    </w:rPr>
  </w:style>
  <w:style w:type="character" w:customStyle="1" w:styleId="Balk5Char">
    <w:name w:val="Başlık 5 Char"/>
    <w:basedOn w:val="VarsaylanParagrafYazTipi"/>
    <w:link w:val="Balk5"/>
    <w:uiPriority w:val="9"/>
    <w:semiHidden/>
    <w:rsid w:val="00562776"/>
    <w:rPr>
      <w:rFonts w:asciiTheme="majorHAnsi" w:eastAsiaTheme="majorEastAsia" w:hAnsiTheme="majorHAnsi" w:cstheme="majorBidi"/>
      <w:color w:val="000000"/>
    </w:rPr>
  </w:style>
  <w:style w:type="character" w:customStyle="1" w:styleId="Balk6Char">
    <w:name w:val="Başlık 6 Char"/>
    <w:basedOn w:val="VarsaylanParagrafYazTipi"/>
    <w:link w:val="Balk6"/>
    <w:uiPriority w:val="9"/>
    <w:semiHidden/>
    <w:rsid w:val="00562776"/>
    <w:rPr>
      <w:rFonts w:asciiTheme="majorHAnsi" w:eastAsiaTheme="majorEastAsia" w:hAnsiTheme="majorHAnsi" w:cstheme="majorBidi"/>
      <w:i/>
      <w:iCs/>
      <w:color w:val="000000" w:themeColor="text1"/>
    </w:rPr>
  </w:style>
  <w:style w:type="character" w:customStyle="1" w:styleId="Balk7Char">
    <w:name w:val="Başlık 7 Char"/>
    <w:basedOn w:val="VarsaylanParagrafYazTipi"/>
    <w:link w:val="Balk7"/>
    <w:uiPriority w:val="9"/>
    <w:semiHidden/>
    <w:rsid w:val="00562776"/>
    <w:rPr>
      <w:rFonts w:asciiTheme="majorHAnsi" w:eastAsiaTheme="majorEastAsia" w:hAnsiTheme="majorHAnsi" w:cstheme="majorBidi"/>
      <w:i/>
      <w:iCs/>
      <w:color w:val="1F497D" w:themeColor="text2"/>
    </w:rPr>
  </w:style>
  <w:style w:type="character" w:customStyle="1" w:styleId="Balk8Char">
    <w:name w:val="Başlık 8 Char"/>
    <w:basedOn w:val="VarsaylanParagrafYazTipi"/>
    <w:link w:val="Balk8"/>
    <w:uiPriority w:val="9"/>
    <w:semiHidden/>
    <w:rsid w:val="00562776"/>
    <w:rPr>
      <w:rFonts w:asciiTheme="majorHAnsi" w:eastAsiaTheme="majorEastAsia" w:hAnsiTheme="majorHAnsi" w:cstheme="majorBidi"/>
      <w:color w:val="000000"/>
      <w:sz w:val="20"/>
      <w:szCs w:val="20"/>
    </w:rPr>
  </w:style>
  <w:style w:type="character" w:customStyle="1" w:styleId="Balk9Char">
    <w:name w:val="Başlık 9 Char"/>
    <w:basedOn w:val="VarsaylanParagrafYazTipi"/>
    <w:link w:val="Balk9"/>
    <w:uiPriority w:val="9"/>
    <w:semiHidden/>
    <w:rsid w:val="00562776"/>
    <w:rPr>
      <w:rFonts w:asciiTheme="majorHAnsi" w:eastAsiaTheme="majorEastAsia" w:hAnsiTheme="majorHAnsi" w:cstheme="majorBidi"/>
      <w:i/>
      <w:iCs/>
      <w:color w:val="000000"/>
      <w:sz w:val="20"/>
      <w:szCs w:val="20"/>
    </w:rPr>
  </w:style>
  <w:style w:type="paragraph" w:styleId="ResimYazs">
    <w:name w:val="caption"/>
    <w:basedOn w:val="Normal"/>
    <w:next w:val="Normal"/>
    <w:uiPriority w:val="35"/>
    <w:semiHidden/>
    <w:unhideWhenUsed/>
    <w:qFormat/>
    <w:rsid w:val="00562776"/>
    <w:pPr>
      <w:spacing w:line="240" w:lineRule="auto"/>
    </w:pPr>
    <w:rPr>
      <w:rFonts w:eastAsiaTheme="minorEastAsia"/>
      <w:b/>
      <w:bCs/>
      <w:smallCaps/>
      <w:color w:val="1F497D" w:themeColor="text2"/>
      <w:spacing w:val="6"/>
      <w:szCs w:val="18"/>
    </w:rPr>
  </w:style>
  <w:style w:type="character" w:styleId="Gl">
    <w:name w:val="Strong"/>
    <w:basedOn w:val="VarsaylanParagrafYazTipi"/>
    <w:uiPriority w:val="22"/>
    <w:qFormat/>
    <w:rsid w:val="00562776"/>
    <w:rPr>
      <w:b/>
      <w:bCs/>
      <w:color w:val="265898" w:themeColor="text2" w:themeTint="E6"/>
    </w:rPr>
  </w:style>
  <w:style w:type="character" w:styleId="Vurgu">
    <w:name w:val="Emphasis"/>
    <w:basedOn w:val="VarsaylanParagrafYazTipi"/>
    <w:uiPriority w:val="20"/>
    <w:qFormat/>
    <w:rsid w:val="00562776"/>
    <w:rPr>
      <w:b w:val="0"/>
      <w:i/>
      <w:iCs/>
      <w:color w:val="1F497D" w:themeColor="text2"/>
    </w:rPr>
  </w:style>
  <w:style w:type="paragraph" w:styleId="GlAlnt">
    <w:name w:val="Intense Quote"/>
    <w:basedOn w:val="Normal"/>
    <w:next w:val="Normal"/>
    <w:link w:val="GlAlntChar"/>
    <w:uiPriority w:val="30"/>
    <w:qFormat/>
    <w:rsid w:val="00562776"/>
    <w:pPr>
      <w:pBdr>
        <w:left w:val="single" w:sz="48" w:space="13" w:color="C0504D" w:themeColor="accent2"/>
      </w:pBdr>
      <w:spacing w:before="240" w:after="120" w:line="300" w:lineRule="auto"/>
    </w:pPr>
    <w:rPr>
      <w:rFonts w:eastAsiaTheme="minorEastAsia"/>
      <w:b/>
      <w:bCs/>
      <w:i/>
      <w:iCs/>
      <w:color w:val="C0504D" w:themeColor="accent2"/>
      <w:sz w:val="26"/>
      <w14:ligatures w14:val="standard"/>
      <w14:numForm w14:val="oldStyle"/>
    </w:rPr>
  </w:style>
  <w:style w:type="character" w:customStyle="1" w:styleId="GlAlntChar">
    <w:name w:val="Güçlü Alıntı Char"/>
    <w:basedOn w:val="VarsaylanParagrafYazTipi"/>
    <w:link w:val="GlAlnt"/>
    <w:uiPriority w:val="30"/>
    <w:rsid w:val="00562776"/>
    <w:rPr>
      <w:rFonts w:eastAsiaTheme="minorEastAsia"/>
      <w:b/>
      <w:bCs/>
      <w:i/>
      <w:iCs/>
      <w:color w:val="C0504D" w:themeColor="accent2"/>
      <w:sz w:val="26"/>
      <w14:ligatures w14:val="standard"/>
      <w14:numForm w14:val="oldStyle"/>
    </w:rPr>
  </w:style>
  <w:style w:type="character" w:styleId="HafifVurgulama">
    <w:name w:val="Subtle Emphasis"/>
    <w:basedOn w:val="VarsaylanParagrafYazTipi"/>
    <w:uiPriority w:val="19"/>
    <w:qFormat/>
    <w:rsid w:val="00562776"/>
    <w:rPr>
      <w:i/>
      <w:iCs/>
      <w:color w:val="000000"/>
    </w:rPr>
  </w:style>
  <w:style w:type="character" w:styleId="GlVurgulama">
    <w:name w:val="Intense Emphasis"/>
    <w:basedOn w:val="VarsaylanParagrafYazTipi"/>
    <w:uiPriority w:val="21"/>
    <w:qFormat/>
    <w:rsid w:val="00562776"/>
    <w:rPr>
      <w:b/>
      <w:bCs/>
      <w:i/>
      <w:iCs/>
      <w:color w:val="1F497D" w:themeColor="text2"/>
    </w:rPr>
  </w:style>
  <w:style w:type="character" w:styleId="HafifBavuru">
    <w:name w:val="Subtle Reference"/>
    <w:basedOn w:val="VarsaylanParagrafYazTipi"/>
    <w:uiPriority w:val="31"/>
    <w:qFormat/>
    <w:rsid w:val="00562776"/>
    <w:rPr>
      <w:smallCaps/>
      <w:color w:val="000000"/>
      <w:u w:val="single"/>
    </w:rPr>
  </w:style>
  <w:style w:type="character" w:styleId="GlBavuru">
    <w:name w:val="Intense Reference"/>
    <w:basedOn w:val="VarsaylanParagrafYazTipi"/>
    <w:uiPriority w:val="32"/>
    <w:qFormat/>
    <w:rsid w:val="00562776"/>
    <w:rPr>
      <w:rFonts w:asciiTheme="minorHAnsi" w:hAnsiTheme="minorHAnsi"/>
      <w:b/>
      <w:bCs/>
      <w:smallCaps/>
      <w:color w:val="1F497D" w:themeColor="text2"/>
      <w:spacing w:val="5"/>
      <w:sz w:val="22"/>
      <w:u w:val="single"/>
    </w:rPr>
  </w:style>
  <w:style w:type="character" w:styleId="KitapBal">
    <w:name w:val="Book Title"/>
    <w:basedOn w:val="VarsaylanParagrafYazTipi"/>
    <w:uiPriority w:val="33"/>
    <w:qFormat/>
    <w:rsid w:val="00562776"/>
    <w:rPr>
      <w:rFonts w:asciiTheme="majorHAnsi" w:hAnsiTheme="majorHAnsi"/>
      <w:b/>
      <w:bCs/>
      <w:caps w:val="0"/>
      <w:smallCaps/>
      <w:color w:val="1F497D" w:themeColor="text2"/>
      <w:spacing w:val="10"/>
      <w:sz w:val="22"/>
    </w:rPr>
  </w:style>
  <w:style w:type="paragraph" w:styleId="TBal">
    <w:name w:val="TOC Heading"/>
    <w:basedOn w:val="Balk1"/>
    <w:next w:val="Normal"/>
    <w:uiPriority w:val="39"/>
    <w:semiHidden/>
    <w:unhideWhenUsed/>
    <w:qFormat/>
    <w:rsid w:val="00562776"/>
    <w:pPr>
      <w:spacing w:before="480" w:line="264" w:lineRule="auto"/>
      <w:outlineLvl w:val="9"/>
    </w:pPr>
    <w:rPr>
      <w:b/>
    </w:rPr>
  </w:style>
  <w:style w:type="table" w:styleId="TabloKlavuzu">
    <w:name w:val="Table Grid"/>
    <w:basedOn w:val="NormalTablo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kGlgeleme">
    <w:name w:val="Light Shading"/>
    <w:basedOn w:val="NormalTablo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AkGlgeleme-Vurgu1">
    <w:name w:val="Light Shading Accent 1"/>
    <w:basedOn w:val="NormalTablo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AkGlgeleme-Vurgu2">
    <w:name w:val="Light Shading Accent 2"/>
    <w:basedOn w:val="NormalTablo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AkGlgeleme-Vurgu3">
    <w:name w:val="Light Shading Accent 3"/>
    <w:basedOn w:val="NormalTablo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AkGlgeleme-Vurgu4">
    <w:name w:val="Light Shading Accent 4"/>
    <w:basedOn w:val="NormalTablo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AkGlgeleme-Vurgu5">
    <w:name w:val="Light Shading Accent 5"/>
    <w:basedOn w:val="NormalTablo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AkGlgeleme-Vurgu6">
    <w:name w:val="Light Shading Accent 6"/>
    <w:basedOn w:val="NormalTablo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AkListe">
    <w:name w:val="Light List"/>
    <w:basedOn w:val="NormalTablo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AkListe-Vurgu1">
    <w:name w:val="Light List Accent 1"/>
    <w:basedOn w:val="NormalTablo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AkListe-Vurgu2">
    <w:name w:val="Light List Accent 2"/>
    <w:basedOn w:val="NormalTablo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AkListe-Vurgu3">
    <w:name w:val="Light List Accent 3"/>
    <w:basedOn w:val="NormalTablo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AkListe-Vurgu4">
    <w:name w:val="Light List Accent 4"/>
    <w:basedOn w:val="NormalTablo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AkListe-Vurgu5">
    <w:name w:val="Light List Accent 5"/>
    <w:basedOn w:val="NormalTablo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AkListe-Vurgu6">
    <w:name w:val="Light List Accent 6"/>
    <w:basedOn w:val="NormalTablo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AkKlavuz">
    <w:name w:val="Light Grid"/>
    <w:basedOn w:val="NormalTablo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AkKlavuz-Vurgu1">
    <w:name w:val="Light Grid Accent 1"/>
    <w:basedOn w:val="NormalTablo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AkKlavuz-Vurgu2">
    <w:name w:val="Light Grid Accent 2"/>
    <w:basedOn w:val="NormalTablo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AkKlavuz-Vurgu3">
    <w:name w:val="Light Grid Accent 3"/>
    <w:basedOn w:val="NormalTablo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AkKlavuz-Vurgu4">
    <w:name w:val="Light Grid Accent 4"/>
    <w:basedOn w:val="NormalTablo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AkKlavuz-Vurgu5">
    <w:name w:val="Light Grid Accent 5"/>
    <w:basedOn w:val="NormalTablo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AkKlavuz-Vurgu6">
    <w:name w:val="Light Grid Accent 6"/>
    <w:basedOn w:val="NormalTablo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OrtaGlgeleme1">
    <w:name w:val="Medium Shading 1"/>
    <w:basedOn w:val="NormalTablo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OrtaGlgeleme1-Vurgu1">
    <w:name w:val="Medium Shading 1 Accent 1"/>
    <w:basedOn w:val="NormalTablo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OrtaGlgeleme1-Vurgu2">
    <w:name w:val="Medium Shading 1 Accent 2"/>
    <w:basedOn w:val="NormalTablo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OrtaGlgeleme1-Vurgu3">
    <w:name w:val="Medium Shading 1 Accent 3"/>
    <w:basedOn w:val="NormalTablo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OrtaGlgeleme1-Vurgu4">
    <w:name w:val="Medium Shading 1 Accent 4"/>
    <w:basedOn w:val="NormalTablo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OrtaGlgeleme1-Vurgu5">
    <w:name w:val="Medium Shading 1 Accent 5"/>
    <w:basedOn w:val="NormalTablo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OrtaGlgeleme1-Vurgu6">
    <w:name w:val="Medium Shading 1 Accent 6"/>
    <w:basedOn w:val="NormalTablo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OrtaGlgeleme2">
    <w:name w:val="Medium Shading 2"/>
    <w:basedOn w:val="NormalTablo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OrtaGlgeleme2-Vurgu1">
    <w:name w:val="Medium Shading 2 Accent 1"/>
    <w:basedOn w:val="NormalTablo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OrtaGlgeleme2-Vurgu2">
    <w:name w:val="Medium Shading 2 Accent 2"/>
    <w:basedOn w:val="NormalTablo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OrtaGlgeleme2-Vurgu3">
    <w:name w:val="Medium Shading 2 Accent 3"/>
    <w:basedOn w:val="NormalTablo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OrtaGlgeleme2-Vurgu4">
    <w:name w:val="Medium Shading 2 Accent 4"/>
    <w:basedOn w:val="NormalTablo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OrtaGlgeleme2-Vurgu5">
    <w:name w:val="Medium Shading 2 Accent 5"/>
    <w:basedOn w:val="NormalTablo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OrtaGlgeleme2-Vurgu6">
    <w:name w:val="Medium Shading 2 Accent 6"/>
    <w:basedOn w:val="NormalTablo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OrtaListe1">
    <w:name w:val="Medium List 1"/>
    <w:basedOn w:val="NormalTablo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OrtaListe1-Vurgu1">
    <w:name w:val="Medium List 1 Accent 1"/>
    <w:basedOn w:val="NormalTablo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OrtaListe1-Vurgu2">
    <w:name w:val="Medium List 1 Accent 2"/>
    <w:basedOn w:val="NormalTablo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OrtaListe1-Vurgu3">
    <w:name w:val="Medium List 1 Accent 3"/>
    <w:basedOn w:val="NormalTablo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OrtaListe1-Vurgu4">
    <w:name w:val="Medium List 1 Accent 4"/>
    <w:basedOn w:val="NormalTablo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OrtaListe1-Vurgu5">
    <w:name w:val="Medium List 1 Accent 5"/>
    <w:basedOn w:val="NormalTablo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OrtaListe1-Vurgu6">
    <w:name w:val="Medium List 1 Accent 6"/>
    <w:basedOn w:val="NormalTablo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OrtaListe2">
    <w:name w:val="Medium List 2"/>
    <w:basedOn w:val="NormalTablo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OrtaList2-Vurgu1">
    <w:name w:val="Medium List 2 Accent 1"/>
    <w:basedOn w:val="NormalTablo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OrtaListe2-Vurgu2">
    <w:name w:val="Medium List 2 Accent 2"/>
    <w:basedOn w:val="NormalTablo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OrtaListe2-Vurgu3">
    <w:name w:val="Medium List 2 Accent 3"/>
    <w:basedOn w:val="NormalTablo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OrtaListe2-Vurgu4">
    <w:name w:val="Medium List 2 Accent 4"/>
    <w:basedOn w:val="NormalTablo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OrtaListe2-Vurgu5">
    <w:name w:val="Medium List 2 Accent 5"/>
    <w:basedOn w:val="NormalTablo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OrtaListe2-Vurgu6">
    <w:name w:val="Medium List 2 Accent 6"/>
    <w:basedOn w:val="NormalTablo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OrtaKlavuz1">
    <w:name w:val="Medium Grid 1"/>
    <w:basedOn w:val="NormalTablo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OrtaKlavuz1-Vurgu1">
    <w:name w:val="Medium Grid 1 Accent 1"/>
    <w:basedOn w:val="NormalTablo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OrtaKlavuz1-Vurgu2">
    <w:name w:val="Medium Grid 1 Accent 2"/>
    <w:basedOn w:val="NormalTablo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OrtaKlavuz1-Vurgu3">
    <w:name w:val="Medium Grid 1 Accent 3"/>
    <w:basedOn w:val="NormalTablo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OrtaKlavuz1-Vurgu4">
    <w:name w:val="Medium Grid 1 Accent 4"/>
    <w:basedOn w:val="NormalTablo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OrtaKlavuz1-Vurgu5">
    <w:name w:val="Medium Grid 1 Accent 5"/>
    <w:basedOn w:val="NormalTablo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OrtaKlavuz1-Vurgu6">
    <w:name w:val="Medium Grid 1 Accent 6"/>
    <w:basedOn w:val="NormalTablo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OrtaKlavuz2">
    <w:name w:val="Medium Grid 2"/>
    <w:basedOn w:val="NormalTablo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OrtaKlavuz2-Vurgu1">
    <w:name w:val="Medium Grid 2 Accent 1"/>
    <w:basedOn w:val="NormalTablo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OrtaKlavuz2-Vurgu2">
    <w:name w:val="Medium Grid 2 Accent 2"/>
    <w:basedOn w:val="NormalTablo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OrtaKlavuz2-Vurgu3">
    <w:name w:val="Medium Grid 2 Accent 3"/>
    <w:basedOn w:val="NormalTablo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OrtaKlavuz2-Vurgu4">
    <w:name w:val="Medium Grid 2 Accent 4"/>
    <w:basedOn w:val="NormalTablo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OrtaKlavuz2-Vurgu5">
    <w:name w:val="Medium Grid 2 Accent 5"/>
    <w:basedOn w:val="NormalTablo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OrtaKlavuz2-Vurgu6">
    <w:name w:val="Medium Grid 2 Accent 6"/>
    <w:basedOn w:val="NormalTablo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OrtaKlavuz3">
    <w:name w:val="Medium Grid 3"/>
    <w:basedOn w:val="NormalTablo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OrtaKlavuz3-Vurgu1">
    <w:name w:val="Medium Grid 3 Accent 1"/>
    <w:basedOn w:val="NormalTablo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OrtaKlavuz3-Vurgu2">
    <w:name w:val="Medium Grid 3 Accent 2"/>
    <w:basedOn w:val="NormalTablo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OrtaKlavuz3-Vurgu3">
    <w:name w:val="Medium Grid 3 Accent 3"/>
    <w:basedOn w:val="NormalTablo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OrtaKlavuz3-Vurgu4">
    <w:name w:val="Medium Grid 3 Accent 4"/>
    <w:basedOn w:val="NormalTablo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OrtaKlavuz3-Vurgu5">
    <w:name w:val="Medium Grid 3 Accent 5"/>
    <w:basedOn w:val="NormalTablo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OrtaKlavuz3-Vurgu6">
    <w:name w:val="Medium Grid 3 Accent 6"/>
    <w:basedOn w:val="NormalTablo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KoyuListe">
    <w:name w:val="Dark List"/>
    <w:basedOn w:val="NormalTablo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KoyuListe-Vurgu1">
    <w:name w:val="Dark List Accent 1"/>
    <w:basedOn w:val="NormalTablo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KoyuListe-Vurgu2">
    <w:name w:val="Dark List Accent 2"/>
    <w:basedOn w:val="NormalTablo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KoyuListe-Vurgu3">
    <w:name w:val="Dark List Accent 3"/>
    <w:basedOn w:val="NormalTablo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KoyuListe-Vurgu4">
    <w:name w:val="Dark List Accent 4"/>
    <w:basedOn w:val="NormalTablo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KoyuListe-Vurgu5">
    <w:name w:val="Dark List Accent 5"/>
    <w:basedOn w:val="NormalTablo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KoyuListe-Vurgu6">
    <w:name w:val="Dark List Accent 6"/>
    <w:basedOn w:val="NormalTablo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RenkliGlgeleme">
    <w:name w:val="Colorful Shading"/>
    <w:basedOn w:val="NormalTablo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RenkliGlgeleme-Vurgu1">
    <w:name w:val="Colorful Shading Accent 1"/>
    <w:basedOn w:val="NormalTablo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RenkliGlgeleme-Vurgu2">
    <w:name w:val="Colorful Shading Accent 2"/>
    <w:basedOn w:val="NormalTablo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RenkliGlgeleme-Vurgu3">
    <w:name w:val="Colorful Shading Accent 3"/>
    <w:basedOn w:val="NormalTablo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RenkliGlgeleme-Vurgu4">
    <w:name w:val="Colorful Shading Accent 4"/>
    <w:basedOn w:val="NormalTablo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RenkliGlgeleme-Vurgu5">
    <w:name w:val="Colorful Shading Accent 5"/>
    <w:basedOn w:val="NormalTablo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RenkliGlgeleme-Vurgu6">
    <w:name w:val="Colorful Shading Accent 6"/>
    <w:basedOn w:val="NormalTablo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RenkliListe">
    <w:name w:val="Colorful List"/>
    <w:basedOn w:val="NormalTablo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enkliListe-Vurgu1">
    <w:name w:val="Colorful List Accent 1"/>
    <w:basedOn w:val="NormalTablo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RenkliListe-Vurgu2">
    <w:name w:val="Colorful List Accent 2"/>
    <w:basedOn w:val="NormalTablo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RenkliListe-Vurgu3">
    <w:name w:val="Colorful List Accent 3"/>
    <w:basedOn w:val="NormalTablo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RenkliListe-Vurgu4">
    <w:name w:val="Colorful List Accent 4"/>
    <w:basedOn w:val="NormalTablo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RenkliListe-Vurgu5">
    <w:name w:val="Colorful List Accent 5"/>
    <w:basedOn w:val="NormalTablo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RenkliListe-Vurgu6">
    <w:name w:val="Colorful List Accent 6"/>
    <w:basedOn w:val="NormalTablo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RenkliKlavuz">
    <w:name w:val="Colorful Grid"/>
    <w:basedOn w:val="NormalTablo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RenkliKlavuz-Vurgu1">
    <w:name w:val="Colorful Grid Accent 1"/>
    <w:basedOn w:val="NormalTablo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RenkliKlavuz-Vurgu2">
    <w:name w:val="Colorful Grid Accent 2"/>
    <w:basedOn w:val="NormalTablo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RenkliKlavuz-Vurgu3">
    <w:name w:val="Colorful Grid Accent 3"/>
    <w:basedOn w:val="NormalTablo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RenkliKlavuz-Vurgu4">
    <w:name w:val="Colorful Grid Accent 4"/>
    <w:basedOn w:val="NormalTablo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RenkliKlavuz-Vurgu5">
    <w:name w:val="Colorful Grid Accent 5"/>
    <w:basedOn w:val="NormalTablo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RenkliKlavuz-Vurgu6">
    <w:name w:val="Colorful Grid Accent 6"/>
    <w:basedOn w:val="NormalTablo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paragraph" w:customStyle="1" w:styleId="PersonalName">
    <w:name w:val="Personal Name"/>
    <w:basedOn w:val="KonuBal"/>
    <w:qFormat/>
    <w:rsid w:val="00562776"/>
    <w:rPr>
      <w:b/>
      <w:caps/>
      <w:color w:val="000000"/>
      <w:sz w:val="28"/>
      <w:szCs w:val="28"/>
    </w:rPr>
  </w:style>
  <w:style w:type="character" w:customStyle="1" w:styleId="AralkYokChar">
    <w:name w:val="Aralık Yok Char"/>
    <w:basedOn w:val="VarsaylanParagrafYazTipi"/>
    <w:link w:val="AralkYok"/>
    <w:uiPriority w:val="1"/>
    <w:rsid w:val="00562776"/>
  </w:style>
  <w:style w:type="paragraph" w:styleId="T1">
    <w:name w:val="toc 1"/>
    <w:basedOn w:val="Normal"/>
    <w:next w:val="Normal"/>
    <w:autoRedefine/>
    <w:uiPriority w:val="39"/>
    <w:unhideWhenUsed/>
    <w:rsid w:val="00086246"/>
    <w:pPr>
      <w:spacing w:after="100"/>
    </w:pPr>
  </w:style>
  <w:style w:type="character" w:styleId="Kpr">
    <w:name w:val="Hyperlink"/>
    <w:basedOn w:val="VarsaylanParagrafYazTipi"/>
    <w:uiPriority w:val="99"/>
    <w:unhideWhenUsed/>
    <w:rsid w:val="00086246"/>
    <w:rPr>
      <w:color w:val="0000FF" w:themeColor="hyperlink"/>
      <w:u w:val="single"/>
    </w:rPr>
  </w:style>
  <w:style w:type="character" w:styleId="zlenenKpr">
    <w:name w:val="FollowedHyperlink"/>
    <w:basedOn w:val="VarsaylanParagrafYazTipi"/>
    <w:uiPriority w:val="99"/>
    <w:semiHidden/>
    <w:unhideWhenUsed/>
    <w:rsid w:val="00086246"/>
    <w:rPr>
      <w:color w:val="800080" w:themeColor="followedHyperlink"/>
      <w:u w:val="single"/>
    </w:rPr>
  </w:style>
  <w:style w:type="paragraph" w:styleId="T2">
    <w:name w:val="toc 2"/>
    <w:basedOn w:val="Normal"/>
    <w:next w:val="Normal"/>
    <w:autoRedefine/>
    <w:uiPriority w:val="39"/>
    <w:unhideWhenUsed/>
    <w:rsid w:val="00CF6E2E"/>
    <w:pPr>
      <w:tabs>
        <w:tab w:val="right" w:leader="dot" w:pos="9914"/>
      </w:tabs>
      <w:spacing w:after="100"/>
    </w:pPr>
    <w:rPr>
      <w:b/>
      <w:noProof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218D0D5D-EF9F-4FCB-B5A8-1B0AB2EB3B7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12</Pages>
  <Words>300</Words>
  <Characters>1715</Characters>
  <Application>Microsoft Office Word</Application>
  <DocSecurity>0</DocSecurity>
  <Lines>14</Lines>
  <Paragraphs>4</Paragraphs>
  <ScaleCrop>false</ScaleCrop>
  <HeadingPairs>
    <vt:vector size="4" baseType="variant">
      <vt:variant>
        <vt:lpstr>Konu Başlığı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Manager/>
  <Company/>
  <LinksUpToDate>false</LinksUpToDate>
  <CharactersWithSpaces>2011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sozcelik</cp:lastModifiedBy>
  <cp:revision>3</cp:revision>
  <dcterms:created xsi:type="dcterms:W3CDTF">2025-03-28T08:49:00Z</dcterms:created>
  <dcterms:modified xsi:type="dcterms:W3CDTF">2025-03-28T09:11:00Z</dcterms:modified>
  <cp:category/>
</cp:coreProperties>
</file>